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D84B" w14:textId="77777777" w:rsidR="00FB3FF8" w:rsidRDefault="00EE141F">
      <w:pPr>
        <w:spacing w:after="0"/>
        <w:jc w:val="center"/>
      </w:pPr>
      <w:r>
        <w:rPr>
          <w:b/>
          <w:color w:val="115696"/>
          <w:sz w:val="41"/>
        </w:rPr>
        <w:t>BATOUL ATRIS</w:t>
      </w:r>
    </w:p>
    <w:p w14:paraId="4443923B" w14:textId="77777777" w:rsidR="00FB3FF8" w:rsidRDefault="00EE141F">
      <w:pPr>
        <w:spacing w:after="30"/>
        <w:jc w:val="center"/>
      </w:pPr>
      <w:r>
        <w:rPr>
          <w:b/>
          <w:color w:val="373737"/>
        </w:rPr>
        <w:t>Computer and Communication Engineering Student | Software Engineering &amp; Cybersecurity Enthusiast</w:t>
      </w:r>
    </w:p>
    <w:p w14:paraId="167A828F" w14:textId="1BF54EA3" w:rsidR="00FB3FF8" w:rsidRDefault="000875CC" w:rsidP="000875CC">
      <w:pPr>
        <w:spacing w:after="60"/>
      </w:pPr>
      <w:r>
        <w:rPr>
          <w:color w:val="414141"/>
          <w:sz w:val="15"/>
        </w:rPr>
        <w:t xml:space="preserve"> </w:t>
      </w:r>
      <w:r w:rsidR="00EE141F">
        <w:rPr>
          <w:color w:val="414141"/>
          <w:sz w:val="15"/>
        </w:rPr>
        <w:t xml:space="preserve">Beirut, Lebanon </w:t>
      </w:r>
      <w:r>
        <w:rPr>
          <w:color w:val="414141"/>
          <w:sz w:val="15"/>
        </w:rPr>
        <w:br/>
        <w:t xml:space="preserve"> </w:t>
      </w:r>
      <w:r w:rsidR="00EE141F">
        <w:rPr>
          <w:color w:val="414141"/>
          <w:sz w:val="15"/>
        </w:rPr>
        <w:t xml:space="preserve">| Phone: </w:t>
      </w:r>
      <w:r w:rsidR="00E9796E">
        <w:rPr>
          <w:color w:val="414141"/>
          <w:sz w:val="15"/>
        </w:rPr>
        <w:t>+961 70 998 696</w:t>
      </w:r>
      <w:r>
        <w:rPr>
          <w:color w:val="414141"/>
          <w:sz w:val="15"/>
        </w:rPr>
        <w:br/>
      </w:r>
      <w:r w:rsidR="00E9796E">
        <w:rPr>
          <w:color w:val="414141"/>
          <w:sz w:val="15"/>
        </w:rPr>
        <w:t xml:space="preserve"> </w:t>
      </w:r>
      <w:r w:rsidR="00EE141F">
        <w:rPr>
          <w:color w:val="414141"/>
          <w:sz w:val="15"/>
        </w:rPr>
        <w:t xml:space="preserve">| Email: </w:t>
      </w:r>
      <w:hyperlink r:id="rId6" w:history="1">
        <w:r w:rsidRPr="002E215D">
          <w:rPr>
            <w:rStyle w:val="Hyperlink"/>
            <w:sz w:val="15"/>
          </w:rPr>
          <w:t>batoulatris652@gmail.com</w:t>
        </w:r>
      </w:hyperlink>
      <w:r>
        <w:rPr>
          <w:color w:val="414141"/>
          <w:sz w:val="15"/>
        </w:rPr>
        <w:br/>
      </w:r>
      <w:r w:rsidR="00EE141F">
        <w:rPr>
          <w:color w:val="414141"/>
          <w:sz w:val="15"/>
        </w:rPr>
        <w:t xml:space="preserve"> | LinkedIn: </w:t>
      </w:r>
      <w:hyperlink r:id="rId7" w:history="1">
        <w:r w:rsidRPr="002E215D">
          <w:rPr>
            <w:rStyle w:val="Hyperlink"/>
            <w:sz w:val="15"/>
          </w:rPr>
          <w:t>https://www.linkedi</w:t>
        </w:r>
        <w:r w:rsidRPr="002E215D">
          <w:rPr>
            <w:rStyle w:val="Hyperlink"/>
            <w:sz w:val="15"/>
          </w:rPr>
          <w:t>n</w:t>
        </w:r>
        <w:r w:rsidRPr="002E215D">
          <w:rPr>
            <w:rStyle w:val="Hyperlink"/>
            <w:sz w:val="15"/>
          </w:rPr>
          <w:t>.com/in/batoul-atris-2aa262378</w:t>
        </w:r>
      </w:hyperlink>
      <w:r>
        <w:rPr>
          <w:color w:val="414141"/>
          <w:sz w:val="15"/>
        </w:rPr>
        <w:t xml:space="preserve"> </w:t>
      </w:r>
      <w:r>
        <w:rPr>
          <w:color w:val="414141"/>
          <w:sz w:val="15"/>
        </w:rPr>
        <w:br/>
        <w:t xml:space="preserve"> </w:t>
      </w:r>
      <w:r w:rsidR="00EE141F">
        <w:rPr>
          <w:color w:val="414141"/>
          <w:sz w:val="15"/>
        </w:rPr>
        <w:t>|</w:t>
      </w:r>
      <w:r w:rsidR="00EE141F">
        <w:rPr>
          <w:color w:val="414141"/>
          <w:sz w:val="15"/>
        </w:rPr>
        <w:t xml:space="preserve"> </w:t>
      </w:r>
      <w:r w:rsidR="00EE141F">
        <w:rPr>
          <w:color w:val="414141"/>
          <w:sz w:val="15"/>
        </w:rPr>
        <w:t>GitHu</w:t>
      </w:r>
      <w:r w:rsidR="00EE141F">
        <w:rPr>
          <w:color w:val="414141"/>
          <w:sz w:val="15"/>
        </w:rPr>
        <w:t>b</w:t>
      </w:r>
      <w:r w:rsidR="00EE141F">
        <w:rPr>
          <w:color w:val="414141"/>
          <w:sz w:val="15"/>
        </w:rPr>
        <w:t>:</w:t>
      </w:r>
      <w:r w:rsidR="00EE141F">
        <w:rPr>
          <w:color w:val="414141"/>
          <w:sz w:val="15"/>
        </w:rPr>
        <w:t xml:space="preserve"> </w:t>
      </w:r>
      <w:hyperlink r:id="rId8" w:history="1">
        <w:r w:rsidR="00E9796E" w:rsidRPr="00E9796E">
          <w:rPr>
            <w:rStyle w:val="Hyperlink"/>
            <w:sz w:val="15"/>
          </w:rPr>
          <w:t>https://github.com/Batou</w:t>
        </w:r>
        <w:r w:rsidR="00E9796E" w:rsidRPr="00E9796E">
          <w:rPr>
            <w:rStyle w:val="Hyperlink"/>
            <w:sz w:val="15"/>
          </w:rPr>
          <w:t>l</w:t>
        </w:r>
        <w:r w:rsidR="00E9796E" w:rsidRPr="00E9796E">
          <w:rPr>
            <w:rStyle w:val="Hyperlink"/>
            <w:sz w:val="15"/>
          </w:rPr>
          <w:t>-99</w:t>
        </w:r>
      </w:hyperlink>
    </w:p>
    <w:p w14:paraId="74EF5F9E" w14:textId="77777777" w:rsidR="00FB3FF8" w:rsidRDefault="00EE141F">
      <w:pPr>
        <w:pBdr>
          <w:bottom w:val="single" w:sz="6" w:space="1" w:color="9DB7D6"/>
        </w:pBdr>
        <w:spacing w:before="60" w:after="30"/>
      </w:pPr>
      <w:r>
        <w:rPr>
          <w:b/>
          <w:color w:val="115696"/>
          <w:sz w:val="19"/>
        </w:rPr>
        <w:t>PROFILE</w:t>
      </w:r>
    </w:p>
    <w:p w14:paraId="1E342F08" w14:textId="77777777" w:rsidR="00FB3FF8" w:rsidRDefault="00EE141F">
      <w:pPr>
        <w:spacing w:after="24" w:line="230" w:lineRule="auto"/>
      </w:pPr>
      <w:r>
        <w:rPr>
          <w:color w:val="252525"/>
          <w:sz w:val="16"/>
        </w:rPr>
        <w:t>Second-year Computer and Communication Engineering student at Université Antonine (UA), Hadath-Baabda, passionate about software engine</w:t>
      </w:r>
      <w:r>
        <w:rPr>
          <w:color w:val="252525"/>
          <w:sz w:val="16"/>
        </w:rPr>
        <w:t>ering, cybersecurity, and building secure, efficient systems. Experienced in academic projects using C++, Java, HTML/CSS, databases, AutoCAD, Arduino, and GIS. Ambitious, curious, and committed to continuous learning, teamwork, and impactful solutions.</w:t>
      </w:r>
    </w:p>
    <w:p w14:paraId="52FCF87B" w14:textId="77777777" w:rsidR="00FB3FF8" w:rsidRDefault="00EE141F">
      <w:pPr>
        <w:pBdr>
          <w:bottom w:val="single" w:sz="6" w:space="1" w:color="9DB7D6"/>
        </w:pBdr>
        <w:spacing w:before="60" w:after="30"/>
      </w:pPr>
      <w:r>
        <w:rPr>
          <w:b/>
          <w:color w:val="115696"/>
          <w:sz w:val="19"/>
        </w:rPr>
        <w:t>EDU</w:t>
      </w:r>
      <w:r>
        <w:rPr>
          <w:b/>
          <w:color w:val="115696"/>
          <w:sz w:val="19"/>
        </w:rPr>
        <w:t>CATION</w:t>
      </w:r>
    </w:p>
    <w:p w14:paraId="4DD577D3" w14:textId="77777777" w:rsidR="00FB3FF8" w:rsidRDefault="00EE141F">
      <w:pPr>
        <w:spacing w:after="20"/>
      </w:pPr>
      <w:r>
        <w:rPr>
          <w:b/>
          <w:color w:val="141414"/>
        </w:rPr>
        <w:t>Université Antonine (UA) - Hadath-Baabda, Lebanon</w:t>
      </w:r>
      <w:r>
        <w:rPr>
          <w:color w:val="373737"/>
          <w:sz w:val="16"/>
        </w:rPr>
        <w:t xml:space="preserve"> | Computer and Communication Engineering, Second Year</w:t>
      </w:r>
    </w:p>
    <w:p w14:paraId="1162BE22" w14:textId="77777777" w:rsidR="00FB3FF8" w:rsidRDefault="00EE141F">
      <w:pPr>
        <w:pBdr>
          <w:bottom w:val="single" w:sz="6" w:space="1" w:color="9DB7D6"/>
        </w:pBdr>
        <w:spacing w:before="60" w:after="30"/>
      </w:pPr>
      <w:r>
        <w:rPr>
          <w:b/>
          <w:color w:val="115696"/>
          <w:sz w:val="19"/>
        </w:rPr>
        <w:t>TECHNICAL SKILLS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9"/>
        <w:gridCol w:w="8856"/>
      </w:tblGrid>
      <w:tr w:rsidR="00FB3FF8" w14:paraId="7683A9DA" w14:textId="77777777">
        <w:trPr>
          <w:jc w:val="center"/>
        </w:trPr>
        <w:tc>
          <w:tcPr>
            <w:tcW w:w="1699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EAF2FB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1424E816" w14:textId="77777777" w:rsidR="00FB3FF8" w:rsidRDefault="00EE141F">
            <w:pPr>
              <w:spacing w:after="0" w:line="221" w:lineRule="auto"/>
            </w:pPr>
            <w:r>
              <w:rPr>
                <w:b/>
                <w:color w:val="115696"/>
                <w:sz w:val="15"/>
              </w:rPr>
              <w:t>Programming</w:t>
            </w:r>
          </w:p>
        </w:tc>
        <w:tc>
          <w:tcPr>
            <w:tcW w:w="8856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FFFFFF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66E83D47" w14:textId="77777777" w:rsidR="00FB3FF8" w:rsidRDefault="00EE141F">
            <w:pPr>
              <w:spacing w:after="0" w:line="221" w:lineRule="auto"/>
            </w:pPr>
            <w:r>
              <w:rPr>
                <w:color w:val="282828"/>
                <w:sz w:val="15"/>
              </w:rPr>
              <w:t>C++, Java, HTML, CSS</w:t>
            </w:r>
          </w:p>
        </w:tc>
      </w:tr>
      <w:tr w:rsidR="00FB3FF8" w14:paraId="7E48655A" w14:textId="77777777">
        <w:trPr>
          <w:jc w:val="center"/>
        </w:trPr>
        <w:tc>
          <w:tcPr>
            <w:tcW w:w="1699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EAF2FB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341800F7" w14:textId="77777777" w:rsidR="00FB3FF8" w:rsidRDefault="00EE141F">
            <w:pPr>
              <w:spacing w:after="0" w:line="221" w:lineRule="auto"/>
            </w:pPr>
            <w:r>
              <w:rPr>
                <w:b/>
                <w:color w:val="115696"/>
                <w:sz w:val="15"/>
              </w:rPr>
              <w:t>Core CS</w:t>
            </w:r>
          </w:p>
        </w:tc>
        <w:tc>
          <w:tcPr>
            <w:tcW w:w="8856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FFFFFF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17E9C572" w14:textId="77777777" w:rsidR="00FB3FF8" w:rsidRDefault="00EE141F">
            <w:pPr>
              <w:spacing w:after="0" w:line="221" w:lineRule="auto"/>
            </w:pPr>
            <w:r>
              <w:rPr>
                <w:color w:val="282828"/>
                <w:sz w:val="15"/>
              </w:rPr>
              <w:t xml:space="preserve">Object-Oriented Programming, Data Structures, Algorithms, File I/O, Dynamic </w:t>
            </w:r>
            <w:r>
              <w:rPr>
                <w:color w:val="282828"/>
                <w:sz w:val="15"/>
              </w:rPr>
              <w:t>Memory, Pointers</w:t>
            </w:r>
          </w:p>
        </w:tc>
      </w:tr>
      <w:tr w:rsidR="00FB3FF8" w14:paraId="135BEBF3" w14:textId="77777777">
        <w:trPr>
          <w:jc w:val="center"/>
        </w:trPr>
        <w:tc>
          <w:tcPr>
            <w:tcW w:w="1699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EAF2FB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3A651DB7" w14:textId="77777777" w:rsidR="00FB3FF8" w:rsidRDefault="00EE141F">
            <w:pPr>
              <w:spacing w:after="0" w:line="221" w:lineRule="auto"/>
            </w:pPr>
            <w:r>
              <w:rPr>
                <w:b/>
                <w:color w:val="115696"/>
                <w:sz w:val="15"/>
              </w:rPr>
              <w:t>Databases</w:t>
            </w:r>
          </w:p>
        </w:tc>
        <w:tc>
          <w:tcPr>
            <w:tcW w:w="8856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FFFFFF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5431BE3C" w14:textId="77777777" w:rsidR="00FB3FF8" w:rsidRDefault="00EE141F">
            <w:pPr>
              <w:spacing w:after="0" w:line="221" w:lineRule="auto"/>
            </w:pPr>
            <w:r>
              <w:rPr>
                <w:color w:val="282828"/>
                <w:sz w:val="15"/>
              </w:rPr>
              <w:t>Database Design, SQL Basics, File Persistence, Database Persistence</w:t>
            </w:r>
          </w:p>
        </w:tc>
      </w:tr>
      <w:tr w:rsidR="00FB3FF8" w14:paraId="4368BE83" w14:textId="77777777">
        <w:trPr>
          <w:jc w:val="center"/>
        </w:trPr>
        <w:tc>
          <w:tcPr>
            <w:tcW w:w="1699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EAF2FB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48778F2F" w14:textId="77777777" w:rsidR="00FB3FF8" w:rsidRDefault="00EE141F">
            <w:pPr>
              <w:spacing w:after="0" w:line="221" w:lineRule="auto"/>
            </w:pPr>
            <w:r>
              <w:rPr>
                <w:b/>
                <w:color w:val="115696"/>
                <w:sz w:val="15"/>
              </w:rPr>
              <w:t>Tools &amp; Platforms</w:t>
            </w:r>
          </w:p>
        </w:tc>
        <w:tc>
          <w:tcPr>
            <w:tcW w:w="8856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FFFFFF"/>
            <w:tcMar>
              <w:top w:w="24" w:type="dxa"/>
              <w:left w:w="50" w:type="dxa"/>
              <w:bottom w:w="24" w:type="dxa"/>
              <w:right w:w="50" w:type="dxa"/>
            </w:tcMar>
            <w:vAlign w:val="center"/>
          </w:tcPr>
          <w:p w14:paraId="2DBCE9F9" w14:textId="77777777" w:rsidR="00FB3FF8" w:rsidRDefault="00EE141F">
            <w:pPr>
              <w:spacing w:after="0" w:line="221" w:lineRule="auto"/>
            </w:pPr>
            <w:r>
              <w:rPr>
                <w:color w:val="282828"/>
                <w:sz w:val="15"/>
              </w:rPr>
              <w:t>AutoCAD, Arduino, TinkerCAD, GIS, Kali Linux, Red Hat Linux, Unix, Cisco Networking, MS Word, MS Excel, Adobe Illustrator, Adobe Photoshop</w:t>
            </w:r>
          </w:p>
        </w:tc>
      </w:tr>
    </w:tbl>
    <w:p w14:paraId="24618541" w14:textId="77777777" w:rsidR="00FB3FF8" w:rsidRDefault="00EE141F">
      <w:pPr>
        <w:pBdr>
          <w:bottom w:val="single" w:sz="6" w:space="1" w:color="9DB7D6"/>
        </w:pBdr>
        <w:spacing w:before="60" w:after="30"/>
      </w:pPr>
      <w:r>
        <w:rPr>
          <w:b/>
          <w:color w:val="115696"/>
          <w:sz w:val="19"/>
        </w:rPr>
        <w:t>A</w:t>
      </w:r>
      <w:r>
        <w:rPr>
          <w:b/>
          <w:color w:val="115696"/>
          <w:sz w:val="19"/>
        </w:rPr>
        <w:t>CADEMIC PROJECTS</w:t>
      </w:r>
    </w:p>
    <w:p w14:paraId="4C41C409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Charity Donation Management System</w:t>
      </w:r>
      <w:r>
        <w:rPr>
          <w:color w:val="5A5A5A"/>
          <w:sz w:val="15"/>
        </w:rPr>
        <w:t xml:space="preserve"> | C++ | Programming II</w:t>
      </w:r>
    </w:p>
    <w:p w14:paraId="120A7AAB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 xml:space="preserve">• </w:t>
      </w:r>
      <w:r>
        <w:rPr>
          <w:color w:val="252525"/>
          <w:sz w:val="15"/>
        </w:rPr>
        <w:t xml:space="preserve">Built a console-based charity donation application with authentication, charity CRUD, donation make/cancel/modify workflows, file persistence, dynamic structures, and sorted </w:t>
      </w:r>
      <w:r>
        <w:rPr>
          <w:color w:val="252525"/>
          <w:sz w:val="15"/>
        </w:rPr>
        <w:t>donation reports.</w:t>
      </w:r>
    </w:p>
    <w:p w14:paraId="3710AD17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Browser Navigation Management System</w:t>
      </w:r>
      <w:r>
        <w:rPr>
          <w:color w:val="5A5A5A"/>
          <w:sz w:val="15"/>
        </w:rPr>
        <w:t xml:space="preserve"> | C++ | Data Structures</w:t>
      </w:r>
    </w:p>
    <w:p w14:paraId="15CD2353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 xml:space="preserve">• </w:t>
      </w:r>
      <w:r>
        <w:rPr>
          <w:color w:val="252525"/>
          <w:sz w:val="15"/>
        </w:rPr>
        <w:t>Implemented browser history, related pages, and bookmarks using singly/doubly linked lists, pointers, dynamic memory, file parsing, URL search, deletion by date, and complexit</w:t>
      </w:r>
      <w:r>
        <w:rPr>
          <w:color w:val="252525"/>
          <w:sz w:val="15"/>
        </w:rPr>
        <w:t>y-aware operations.</w:t>
      </w:r>
    </w:p>
    <w:p w14:paraId="79D0E411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University Student Management System</w:t>
      </w:r>
      <w:r>
        <w:rPr>
          <w:color w:val="5A5A5A"/>
          <w:sz w:val="15"/>
        </w:rPr>
        <w:t xml:space="preserve"> | Java | OOP1</w:t>
      </w:r>
    </w:p>
    <w:p w14:paraId="5DCA53DD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 xml:space="preserve">• </w:t>
      </w:r>
      <w:r>
        <w:rPr>
          <w:color w:val="252525"/>
          <w:sz w:val="15"/>
        </w:rPr>
        <w:t>Developed a CLI system for students, courses, enrollments, grades, and reports using OOP, collections, file I/O, sorting, filtering, and two persistence versions: files and database.</w:t>
      </w:r>
    </w:p>
    <w:p w14:paraId="36003082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Web Design Project</w:t>
      </w:r>
      <w:r>
        <w:rPr>
          <w:color w:val="5A5A5A"/>
          <w:sz w:val="15"/>
        </w:rPr>
        <w:t xml:space="preserve"> | HTML | CSS</w:t>
      </w:r>
    </w:p>
    <w:p w14:paraId="4051C24B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 xml:space="preserve">• </w:t>
      </w:r>
      <w:r>
        <w:rPr>
          <w:color w:val="252525"/>
          <w:sz w:val="15"/>
        </w:rPr>
        <w:t>Designed and developed a static responsive web page using semantic HTML and CSS, focusing on layout, styling, navigation, visual structure, and clean user interface practices.</w:t>
      </w:r>
    </w:p>
    <w:p w14:paraId="1B9793A3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Digital Distance Meter</w:t>
      </w:r>
      <w:r>
        <w:rPr>
          <w:color w:val="5A5A5A"/>
          <w:sz w:val="15"/>
        </w:rPr>
        <w:t xml:space="preserve"> | Arduino | TinkerCAD</w:t>
      </w:r>
    </w:p>
    <w:p w14:paraId="21078645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>•</w:t>
      </w:r>
      <w:r>
        <w:rPr>
          <w:color w:val="115696"/>
          <w:sz w:val="15"/>
        </w:rPr>
        <w:t xml:space="preserve"> </w:t>
      </w:r>
      <w:r>
        <w:rPr>
          <w:color w:val="252525"/>
          <w:sz w:val="15"/>
        </w:rPr>
        <w:t>Designed a solar-powered prototype using an ultrasonic sensor, servo mechanism, LCD display for meter/centimeter/millimeter units, 180-degree scanning, and buzzer alerts for close objects.</w:t>
      </w:r>
    </w:p>
    <w:p w14:paraId="38B6C56E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Residential House Plan</w:t>
      </w:r>
      <w:r>
        <w:rPr>
          <w:color w:val="5A5A5A"/>
          <w:sz w:val="15"/>
        </w:rPr>
        <w:t xml:space="preserve"> | AutoCAD</w:t>
      </w:r>
    </w:p>
    <w:p w14:paraId="56C0E7EC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 xml:space="preserve">• </w:t>
      </w:r>
      <w:r>
        <w:rPr>
          <w:color w:val="252525"/>
          <w:sz w:val="15"/>
        </w:rPr>
        <w:t xml:space="preserve">Created a real-house technical </w:t>
      </w:r>
      <w:r>
        <w:rPr>
          <w:color w:val="252525"/>
          <w:sz w:val="15"/>
        </w:rPr>
        <w:t>drawing applying precision tools, layers, dimensions, modify commands, layouts, and plotting concepts.</w:t>
      </w:r>
    </w:p>
    <w:p w14:paraId="418E3634" w14:textId="77777777" w:rsidR="00FB3FF8" w:rsidRDefault="00EE141F">
      <w:pPr>
        <w:spacing w:before="20" w:after="3" w:line="226" w:lineRule="auto"/>
      </w:pPr>
      <w:r>
        <w:rPr>
          <w:b/>
          <w:color w:val="141414"/>
        </w:rPr>
        <w:t>Lebanon Locations Map</w:t>
      </w:r>
      <w:r>
        <w:rPr>
          <w:color w:val="5A5A5A"/>
          <w:sz w:val="15"/>
        </w:rPr>
        <w:t xml:space="preserve"> | GIS</w:t>
      </w:r>
    </w:p>
    <w:p w14:paraId="07C25132" w14:textId="77777777" w:rsidR="00FB3FF8" w:rsidRDefault="00EE141F">
      <w:pPr>
        <w:spacing w:after="13" w:line="230" w:lineRule="auto"/>
        <w:ind w:left="230" w:hanging="158"/>
      </w:pPr>
      <w:r>
        <w:rPr>
          <w:color w:val="115696"/>
          <w:sz w:val="15"/>
        </w:rPr>
        <w:t xml:space="preserve">• </w:t>
      </w:r>
      <w:r>
        <w:rPr>
          <w:color w:val="252525"/>
          <w:sz w:val="15"/>
        </w:rPr>
        <w:t>Mapped selected locations on a Lebanon map using GIS tools and spatial visualization.</w:t>
      </w:r>
    </w:p>
    <w:p w14:paraId="44B198A5" w14:textId="77777777" w:rsidR="00FB3FF8" w:rsidRDefault="00EE141F">
      <w:pPr>
        <w:pBdr>
          <w:bottom w:val="single" w:sz="6" w:space="1" w:color="9DB7D6"/>
        </w:pBdr>
        <w:spacing w:before="60" w:after="30"/>
      </w:pPr>
      <w:r>
        <w:rPr>
          <w:b/>
          <w:color w:val="115696"/>
          <w:sz w:val="19"/>
        </w:rPr>
        <w:t>CERTIFICATIONS, ACTIVITIES &amp; LANGUAGE</w:t>
      </w:r>
      <w:r>
        <w:rPr>
          <w:b/>
          <w:color w:val="115696"/>
          <w:sz w:val="19"/>
        </w:rPr>
        <w:t>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5"/>
        <w:gridCol w:w="8280"/>
      </w:tblGrid>
      <w:tr w:rsidR="00FB3FF8" w14:paraId="5AE864A8" w14:textId="77777777">
        <w:trPr>
          <w:jc w:val="center"/>
        </w:trPr>
        <w:tc>
          <w:tcPr>
            <w:tcW w:w="2275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EAF2FB"/>
            <w:tcMar>
              <w:top w:w="24" w:type="dxa"/>
              <w:left w:w="55" w:type="dxa"/>
              <w:bottom w:w="24" w:type="dxa"/>
              <w:right w:w="55" w:type="dxa"/>
            </w:tcMar>
            <w:vAlign w:val="center"/>
          </w:tcPr>
          <w:p w14:paraId="6C39D598" w14:textId="77777777" w:rsidR="00FB3FF8" w:rsidRDefault="00EE141F">
            <w:pPr>
              <w:spacing w:after="0" w:line="221" w:lineRule="auto"/>
            </w:pPr>
            <w:r>
              <w:rPr>
                <w:b/>
                <w:color w:val="115696"/>
                <w:sz w:val="15"/>
              </w:rPr>
              <w:t>Certifications &amp; Activities</w:t>
            </w:r>
          </w:p>
        </w:tc>
        <w:tc>
          <w:tcPr>
            <w:tcW w:w="8280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FFFFFF"/>
            <w:tcMar>
              <w:top w:w="24" w:type="dxa"/>
              <w:left w:w="55" w:type="dxa"/>
              <w:bottom w:w="24" w:type="dxa"/>
              <w:right w:w="55" w:type="dxa"/>
            </w:tcMar>
            <w:vAlign w:val="center"/>
          </w:tcPr>
          <w:p w14:paraId="01C41864" w14:textId="77777777" w:rsidR="00FB3FF8" w:rsidRDefault="00EE141F">
            <w:pPr>
              <w:spacing w:after="0" w:line="221" w:lineRule="auto"/>
            </w:pPr>
            <w:r>
              <w:rPr>
                <w:color w:val="282828"/>
                <w:sz w:val="15"/>
              </w:rPr>
              <w:t>IEEEXtreme 19.0 Programming Competition - Certificate of Participation, Team CodeMates, ranked #1 among teams from Lebanon (2025)</w:t>
            </w:r>
            <w:r>
              <w:br/>
            </w:r>
            <w:r>
              <w:rPr>
                <w:color w:val="282828"/>
                <w:sz w:val="15"/>
              </w:rPr>
              <w:t>Arduino Club - Participant, Certificate</w:t>
            </w:r>
          </w:p>
        </w:tc>
      </w:tr>
      <w:tr w:rsidR="00FB3FF8" w14:paraId="5D878267" w14:textId="77777777">
        <w:trPr>
          <w:jc w:val="center"/>
        </w:trPr>
        <w:tc>
          <w:tcPr>
            <w:tcW w:w="2275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EAF2FB"/>
            <w:tcMar>
              <w:top w:w="24" w:type="dxa"/>
              <w:left w:w="55" w:type="dxa"/>
              <w:bottom w:w="24" w:type="dxa"/>
              <w:right w:w="55" w:type="dxa"/>
            </w:tcMar>
            <w:vAlign w:val="center"/>
          </w:tcPr>
          <w:p w14:paraId="206A60F2" w14:textId="77777777" w:rsidR="00FB3FF8" w:rsidRDefault="00EE141F">
            <w:pPr>
              <w:spacing w:after="0" w:line="221" w:lineRule="auto"/>
            </w:pPr>
            <w:r>
              <w:rPr>
                <w:b/>
                <w:color w:val="115696"/>
                <w:sz w:val="15"/>
              </w:rPr>
              <w:t>Soft Skills &amp; Languages</w:t>
            </w:r>
          </w:p>
        </w:tc>
        <w:tc>
          <w:tcPr>
            <w:tcW w:w="8280" w:type="dxa"/>
            <w:tcBorders>
              <w:top w:val="single" w:sz="4" w:space="0" w:color="DDE8F4"/>
              <w:left w:val="single" w:sz="4" w:space="0" w:color="DDE8F4"/>
              <w:bottom w:val="single" w:sz="4" w:space="0" w:color="DDE8F4"/>
              <w:right w:val="single" w:sz="4" w:space="0" w:color="DDE8F4"/>
            </w:tcBorders>
            <w:shd w:val="clear" w:color="auto" w:fill="FFFFFF"/>
            <w:tcMar>
              <w:top w:w="24" w:type="dxa"/>
              <w:left w:w="55" w:type="dxa"/>
              <w:bottom w:w="24" w:type="dxa"/>
              <w:right w:w="55" w:type="dxa"/>
            </w:tcMar>
            <w:vAlign w:val="center"/>
          </w:tcPr>
          <w:p w14:paraId="2C15DB36" w14:textId="77777777" w:rsidR="00FB3FF8" w:rsidRDefault="00EE141F">
            <w:pPr>
              <w:spacing w:after="0" w:line="221" w:lineRule="auto"/>
            </w:pPr>
            <w:r>
              <w:rPr>
                <w:color w:val="282828"/>
                <w:sz w:val="15"/>
              </w:rPr>
              <w:t>Problem Solving, Team Collabora</w:t>
            </w:r>
            <w:r>
              <w:rPr>
                <w:color w:val="282828"/>
                <w:sz w:val="15"/>
              </w:rPr>
              <w:t>tion, Fast Learner, Attention to Detail, Adaptability</w:t>
            </w:r>
            <w:r>
              <w:br/>
            </w:r>
            <w:r>
              <w:rPr>
                <w:color w:val="282828"/>
                <w:sz w:val="15"/>
              </w:rPr>
              <w:t>Arabic: Native | English: Good written and spoken</w:t>
            </w:r>
          </w:p>
        </w:tc>
      </w:tr>
    </w:tbl>
    <w:p w14:paraId="32A296D0" w14:textId="77777777" w:rsidR="00EE141F" w:rsidRDefault="00EE141F"/>
    <w:sectPr w:rsidR="00EE141F" w:rsidSect="00034616">
      <w:pgSz w:w="12240" w:h="15840"/>
      <w:pgMar w:top="547" w:right="648" w:bottom="51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5CC"/>
    <w:rsid w:val="0015074B"/>
    <w:rsid w:val="0029639D"/>
    <w:rsid w:val="00326F90"/>
    <w:rsid w:val="00534B71"/>
    <w:rsid w:val="00AA1D8D"/>
    <w:rsid w:val="00B47730"/>
    <w:rsid w:val="00CB0664"/>
    <w:rsid w:val="00E9796E"/>
    <w:rsid w:val="00EE141F"/>
    <w:rsid w:val="00FB3F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D4B28"/>
  <w14:defaultImageDpi w14:val="300"/>
  <w15:docId w15:val="{44B79C48-247B-4DAB-9ED2-01BDCC8D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979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9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75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Batoul-9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batoul-atris-2aa2623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toulatris652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Batoul Atris Internship CV</vt:lpstr>
    </vt:vector>
  </TitlesOfParts>
  <Manager/>
  <Company/>
  <LinksUpToDate>false</LinksUpToDate>
  <CharactersWithSpaces>3243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Batoul Atris Internship CV</dc:title>
  <dc:subject>One-page internship CV</dc:subject>
  <dc:creator>Batoul Atris</dc:creator>
  <cp:keywords/>
  <dc:description>generated by python-docx</dc:description>
  <cp:lastModifiedBy>Zainab Atris</cp:lastModifiedBy>
  <cp:revision>2</cp:revision>
  <dcterms:created xsi:type="dcterms:W3CDTF">2026-05-25T17:30:00Z</dcterms:created>
  <dcterms:modified xsi:type="dcterms:W3CDTF">2026-05-25T17:30:00Z</dcterms:modified>
  <cp:category/>
</cp:coreProperties>
</file>