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008" w14:textId="77777777" w:rsidR="002243E8" w:rsidRDefault="00000000" w:rsidP="00B95920">
      <w:pPr>
        <w:pStyle w:val="Heading1"/>
        <w:ind w:firstLine="720"/>
      </w:pPr>
      <w:r>
        <w:t>Karim Ahmad Bouhaydar</w:t>
      </w:r>
    </w:p>
    <w:p w14:paraId="50214B5C" w14:textId="77777777" w:rsidR="002243E8" w:rsidRDefault="00000000">
      <w:r>
        <w:t>Beirut, Lebanon | +961 70 067 991 | karim.bhd005@gmail.com | [LinkedIn or GitHub link]</w:t>
      </w:r>
    </w:p>
    <w:p w14:paraId="2854FB10" w14:textId="77777777" w:rsidR="002243E8" w:rsidRDefault="00000000">
      <w:pPr>
        <w:pStyle w:val="Heading2"/>
      </w:pPr>
      <w:r>
        <w:t>Education</w:t>
      </w:r>
    </w:p>
    <w:p w14:paraId="5F306B34" w14:textId="24209542" w:rsidR="002243E8" w:rsidRDefault="00000000">
      <w:r>
        <w:t>Bachelor of Science in Computer Science</w:t>
      </w:r>
      <w:r>
        <w:br/>
        <w:t>Lebanese University – Faculty of Sciences</w:t>
      </w:r>
      <w:r>
        <w:br/>
        <w:t>Expected Graduation: 202</w:t>
      </w:r>
      <w:r w:rsidR="00294DD2">
        <w:t>7</w:t>
      </w:r>
      <w:r>
        <w:br/>
        <w:t xml:space="preserve">Currently in Year </w:t>
      </w:r>
      <w:r w:rsidR="00294DD2">
        <w:t>3</w:t>
      </w:r>
      <w:r>
        <w:br/>
      </w:r>
      <w:r>
        <w:br/>
        <w:t>Relevant Coursework:</w:t>
      </w:r>
      <w:r>
        <w:br/>
        <w:t>- Programming in C &amp; Java</w:t>
      </w:r>
      <w:r>
        <w:br/>
        <w:t>- Data Structures and Algorithms</w:t>
      </w:r>
      <w:r>
        <w:br/>
        <w:t>- Web Development (HTML, CSS, JavaScript)</w:t>
      </w:r>
      <w:r>
        <w:br/>
        <w:t>- Database Systems (MySQL)</w:t>
      </w:r>
      <w:r>
        <w:br/>
        <w:t>- Operating Systems</w:t>
      </w:r>
      <w:r>
        <w:br/>
        <w:t>- Computer Networks</w:t>
      </w:r>
    </w:p>
    <w:p w14:paraId="5F8D944A" w14:textId="77777777" w:rsidR="002243E8" w:rsidRDefault="00000000">
      <w:pPr>
        <w:pStyle w:val="Heading2"/>
      </w:pPr>
      <w:r>
        <w:t>Technical Skills</w:t>
      </w:r>
    </w:p>
    <w:p w14:paraId="557EB206" w14:textId="5B431A52" w:rsidR="002243E8" w:rsidRDefault="00000000">
      <w:r>
        <w:t xml:space="preserve">- Languages:  </w:t>
      </w:r>
      <w:proofErr w:type="spellStart"/>
      <w:proofErr w:type="gramStart"/>
      <w:r>
        <w:t>Java</w:t>
      </w:r>
      <w:r w:rsidR="001A336A">
        <w:t>,PHP</w:t>
      </w:r>
      <w:proofErr w:type="spellEnd"/>
      <w:proofErr w:type="gramEnd"/>
      <w:r>
        <w:br/>
        <w:t>- Web: HTML, CSS, JavaScript (Basic)</w:t>
      </w:r>
      <w:r>
        <w:br/>
        <w:t xml:space="preserve">- Databases: MySQL </w:t>
      </w:r>
      <w:r>
        <w:br/>
        <w:t>- Concepts: Data Structures, Algorithms, OOP</w:t>
      </w:r>
      <w:r>
        <w:br/>
        <w:t xml:space="preserve">- Tools: Visual Studio Code, Linux </w:t>
      </w:r>
      <w:proofErr w:type="spellStart"/>
      <w:r>
        <w:t>Terminal</w:t>
      </w:r>
      <w:r w:rsidR="001A336A">
        <w:t>,Microsoft</w:t>
      </w:r>
      <w:proofErr w:type="spellEnd"/>
      <w:r w:rsidR="001A336A">
        <w:t xml:space="preserve"> </w:t>
      </w:r>
      <w:proofErr w:type="spellStart"/>
      <w:r w:rsidR="001A336A">
        <w:t>SQL,xamp</w:t>
      </w:r>
      <w:proofErr w:type="spellEnd"/>
      <w:r>
        <w:br/>
        <w:t xml:space="preserve">- Networking: </w:t>
      </w:r>
    </w:p>
    <w:p w14:paraId="78807388" w14:textId="77777777" w:rsidR="002243E8" w:rsidRDefault="00000000">
      <w:pPr>
        <w:pStyle w:val="Heading2"/>
      </w:pPr>
      <w:r>
        <w:t>Projects</w:t>
      </w:r>
    </w:p>
    <w:p w14:paraId="72DD2310" w14:textId="3BF70A68" w:rsidR="002243E8" w:rsidRDefault="00000000">
      <w:r>
        <w:t>Student Record Management System</w:t>
      </w:r>
      <w:r>
        <w:br/>
        <w:t xml:space="preserve">Language: </w:t>
      </w:r>
      <w:proofErr w:type="spellStart"/>
      <w:r w:rsidR="001A336A">
        <w:t>Php</w:t>
      </w:r>
      <w:proofErr w:type="spellEnd"/>
      <w:r>
        <w:br/>
        <w:t>- Developed a command-line backend application for managing student records using file handling and modular code structure.</w:t>
      </w:r>
      <w:r>
        <w:br/>
      </w:r>
      <w:r>
        <w:br/>
        <w:t>Personal Portfolio Website (In Progress)</w:t>
      </w:r>
      <w:r>
        <w:br/>
        <w:t>HTML, CSS, JavaScript</w:t>
      </w:r>
      <w:r>
        <w:br/>
        <w:t>- Designing and developing a responsive site to showcase projects, resume, and skills, focusing on usability and clean UI/UX.</w:t>
      </w:r>
    </w:p>
    <w:p w14:paraId="289703FE" w14:textId="77777777" w:rsidR="002243E8" w:rsidRDefault="00000000">
      <w:pPr>
        <w:pStyle w:val="Heading2"/>
      </w:pPr>
      <w:r>
        <w:t>Languages</w:t>
      </w:r>
    </w:p>
    <w:p w14:paraId="4480DF65" w14:textId="77777777" w:rsidR="002243E8" w:rsidRDefault="00000000">
      <w:r>
        <w:t>- Arabic: Native</w:t>
      </w:r>
      <w:r>
        <w:br/>
        <w:t>- English: Fluent</w:t>
      </w:r>
      <w:r>
        <w:br/>
        <w:t>- French: Basic</w:t>
      </w:r>
    </w:p>
    <w:p w14:paraId="1F070168" w14:textId="77777777" w:rsidR="002243E8" w:rsidRDefault="00000000">
      <w:pPr>
        <w:pStyle w:val="Heading2"/>
      </w:pPr>
      <w:r>
        <w:lastRenderedPageBreak/>
        <w:t>Interests</w:t>
      </w:r>
    </w:p>
    <w:p w14:paraId="6ACDB2D8" w14:textId="77777777" w:rsidR="002243E8" w:rsidRDefault="00000000">
      <w:r>
        <w:t>Backend Engineering • Product Development • Software Design • APIs • Cybersecurity • Problem Solving • Agile Practices • Music • Music Tech • Technology in the Music Industry</w:t>
      </w:r>
    </w:p>
    <w:sectPr w:rsidR="002243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9990554">
    <w:abstractNumId w:val="8"/>
  </w:num>
  <w:num w:numId="2" w16cid:durableId="814101434">
    <w:abstractNumId w:val="6"/>
  </w:num>
  <w:num w:numId="3" w16cid:durableId="1346790516">
    <w:abstractNumId w:val="5"/>
  </w:num>
  <w:num w:numId="4" w16cid:durableId="194122302">
    <w:abstractNumId w:val="4"/>
  </w:num>
  <w:num w:numId="5" w16cid:durableId="314574072">
    <w:abstractNumId w:val="7"/>
  </w:num>
  <w:num w:numId="6" w16cid:durableId="2031684309">
    <w:abstractNumId w:val="3"/>
  </w:num>
  <w:num w:numId="7" w16cid:durableId="157693473">
    <w:abstractNumId w:val="2"/>
  </w:num>
  <w:num w:numId="8" w16cid:durableId="230310244">
    <w:abstractNumId w:val="1"/>
  </w:num>
  <w:num w:numId="9" w16cid:durableId="212811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336A"/>
    <w:rsid w:val="002243E8"/>
    <w:rsid w:val="00294DD2"/>
    <w:rsid w:val="0029639D"/>
    <w:rsid w:val="00326F90"/>
    <w:rsid w:val="00383BF3"/>
    <w:rsid w:val="00AA1D8D"/>
    <w:rsid w:val="00B47730"/>
    <w:rsid w:val="00B9592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E4E7A"/>
  <w14:defaultImageDpi w14:val="300"/>
  <w15:docId w15:val="{9C0878B7-B97A-49AF-8F79-6DA69D39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Karim BouHaydar</cp:lastModifiedBy>
  <cp:revision>5</cp:revision>
  <dcterms:created xsi:type="dcterms:W3CDTF">2013-12-23T23:15:00Z</dcterms:created>
  <dcterms:modified xsi:type="dcterms:W3CDTF">2025-12-12T18:35:00Z</dcterms:modified>
  <cp:category/>
</cp:coreProperties>
</file>