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D282B" w14:textId="77777777" w:rsidR="008727BC" w:rsidRDefault="00A57ACA">
      <w:pPr>
        <w:pStyle w:val="Heading1"/>
      </w:pPr>
      <w:r>
        <w:t>Omar Bashir Shahine</w:t>
      </w:r>
    </w:p>
    <w:p w14:paraId="292AD6C2" w14:textId="77777777" w:rsidR="008727BC" w:rsidRDefault="00A57ACA">
      <w:r>
        <w:t>Phone: 76 747 253</w:t>
      </w:r>
    </w:p>
    <w:p w14:paraId="6B7DA1D9" w14:textId="77777777" w:rsidR="008727BC" w:rsidRDefault="00A57ACA">
      <w:r>
        <w:t>Email: omarshahine006@gmail.com</w:t>
      </w:r>
    </w:p>
    <w:p w14:paraId="4DB6E5B6" w14:textId="77777777" w:rsidR="008727BC" w:rsidRDefault="00A57ACA">
      <w:r>
        <w:t>Age: 19</w:t>
      </w:r>
    </w:p>
    <w:p w14:paraId="7C9755E6" w14:textId="77777777" w:rsidR="008727BC" w:rsidRDefault="00A57ACA">
      <w:pPr>
        <w:pStyle w:val="Heading2"/>
      </w:pPr>
      <w:r>
        <w:t>Profile</w:t>
      </w:r>
    </w:p>
    <w:p w14:paraId="54C75024" w14:textId="1EFB7437" w:rsidR="008727BC" w:rsidRDefault="00942607">
      <w:r>
        <w:t>I’m a m</w:t>
      </w:r>
      <w:r w:rsidR="00A57ACA">
        <w:t>otivated Computer Science student with a strong interest in technology and problem-solving. Currently completing a Computer Science degr</w:t>
      </w:r>
      <w:r>
        <w:t>ee</w:t>
      </w:r>
      <w:r w:rsidR="00A57ACA">
        <w:t xml:space="preserve">. Comfortable working with computers, software, and modern technology. Possess </w:t>
      </w:r>
      <w:r>
        <w:t>great</w:t>
      </w:r>
      <w:r w:rsidR="00A57ACA">
        <w:t xml:space="preserve"> English communication skills and experience participating in volunteer work. Eager to gain practical experience and contribute to a professional team.</w:t>
      </w:r>
    </w:p>
    <w:p w14:paraId="7D5A4B04" w14:textId="77777777" w:rsidR="008727BC" w:rsidRDefault="00A57ACA">
      <w:pPr>
        <w:pStyle w:val="Heading2"/>
      </w:pPr>
      <w:r>
        <w:t>Education</w:t>
      </w:r>
    </w:p>
    <w:p w14:paraId="0BFCE5C5" w14:textId="185D8B6D" w:rsidR="008727BC" w:rsidRDefault="00A57ACA">
      <w:r>
        <w:t>Bachelor of Science in Computer Science (Currently Enrolled</w:t>
      </w:r>
      <w:r w:rsidR="00942607">
        <w:t xml:space="preserve"> at BAU</w:t>
      </w:r>
      <w:r>
        <w:t>)</w:t>
      </w:r>
    </w:p>
    <w:p w14:paraId="0007803A" w14:textId="77777777" w:rsidR="008727BC" w:rsidRDefault="00A57ACA">
      <w:pPr>
        <w:pStyle w:val="Heading2"/>
      </w:pPr>
      <w:r>
        <w:t>Relevant Coursework</w:t>
      </w:r>
    </w:p>
    <w:p w14:paraId="3ACED363" w14:textId="77777777" w:rsidR="008727BC" w:rsidRDefault="00A57ACA">
      <w:pPr>
        <w:pStyle w:val="ListBullet"/>
      </w:pPr>
      <w:r>
        <w:t>Programming Fundamentals</w:t>
      </w:r>
    </w:p>
    <w:p w14:paraId="2B905E26" w14:textId="77777777" w:rsidR="008727BC" w:rsidRDefault="00A57ACA">
      <w:pPr>
        <w:pStyle w:val="ListBullet"/>
      </w:pPr>
      <w:r>
        <w:t>Object-Oriented Programming</w:t>
      </w:r>
    </w:p>
    <w:p w14:paraId="5C78AF78" w14:textId="77777777" w:rsidR="008727BC" w:rsidRDefault="00A57ACA">
      <w:pPr>
        <w:pStyle w:val="ListBullet"/>
      </w:pPr>
      <w:r>
        <w:t>Data Structures</w:t>
      </w:r>
    </w:p>
    <w:p w14:paraId="1CF07C5E" w14:textId="77777777" w:rsidR="008727BC" w:rsidRDefault="00A57ACA">
      <w:pPr>
        <w:pStyle w:val="ListBullet"/>
      </w:pPr>
      <w:r>
        <w:t>Discrete Mathematics</w:t>
      </w:r>
    </w:p>
    <w:p w14:paraId="50DFD998" w14:textId="77777777" w:rsidR="008727BC" w:rsidRDefault="00A57ACA">
      <w:pPr>
        <w:pStyle w:val="ListBullet"/>
      </w:pPr>
      <w:r>
        <w:t>Probability and Statistics</w:t>
      </w:r>
    </w:p>
    <w:p w14:paraId="36AB85F2" w14:textId="77777777" w:rsidR="008727BC" w:rsidRDefault="00A57ACA">
      <w:pPr>
        <w:pStyle w:val="ListBullet"/>
      </w:pPr>
      <w:r>
        <w:t>Digital Circuits</w:t>
      </w:r>
    </w:p>
    <w:p w14:paraId="6D3E53B4" w14:textId="77777777" w:rsidR="008727BC" w:rsidRDefault="00A57ACA">
      <w:pPr>
        <w:pStyle w:val="ListBullet"/>
      </w:pPr>
      <w:r>
        <w:t>Web Development</w:t>
      </w:r>
    </w:p>
    <w:p w14:paraId="0B1E027A" w14:textId="77777777" w:rsidR="008727BC" w:rsidRDefault="00A57ACA">
      <w:pPr>
        <w:pStyle w:val="Heading2"/>
      </w:pPr>
      <w:r>
        <w:t>Skills</w:t>
      </w:r>
    </w:p>
    <w:p w14:paraId="1951ACF5" w14:textId="77777777" w:rsidR="008727BC" w:rsidRDefault="00A57ACA">
      <w:pPr>
        <w:pStyle w:val="ListBullet"/>
      </w:pPr>
      <w:r>
        <w:t>Computer Troubleshooting</w:t>
      </w:r>
    </w:p>
    <w:p w14:paraId="6D64F40A" w14:textId="77777777" w:rsidR="008727BC" w:rsidRDefault="00A57ACA">
      <w:pPr>
        <w:pStyle w:val="ListBullet"/>
      </w:pPr>
      <w:r>
        <w:t>Microsoft Office (Word, Excel, PowerPoint)</w:t>
      </w:r>
    </w:p>
    <w:p w14:paraId="54F316F2" w14:textId="77777777" w:rsidR="008727BC" w:rsidRDefault="00A57ACA">
      <w:pPr>
        <w:pStyle w:val="ListBullet"/>
      </w:pPr>
      <w:r>
        <w:t>HTML &amp; CSS</w:t>
      </w:r>
    </w:p>
    <w:p w14:paraId="0CC430BD" w14:textId="77777777" w:rsidR="008727BC" w:rsidRDefault="00A57ACA">
      <w:pPr>
        <w:pStyle w:val="ListBullet"/>
      </w:pPr>
      <w:r>
        <w:t>Java</w:t>
      </w:r>
    </w:p>
    <w:p w14:paraId="3B4EA5CC" w14:textId="77777777" w:rsidR="008727BC" w:rsidRDefault="00A57ACA">
      <w:pPr>
        <w:pStyle w:val="ListBullet"/>
      </w:pPr>
      <w:r>
        <w:t>C++</w:t>
      </w:r>
    </w:p>
    <w:p w14:paraId="533B4725" w14:textId="0A498B32" w:rsidR="008727BC" w:rsidRDefault="00A57ACA">
      <w:pPr>
        <w:pStyle w:val="ListBullet"/>
      </w:pPr>
      <w:r>
        <w:t>JavaScript</w:t>
      </w:r>
    </w:p>
    <w:p w14:paraId="24252D96" w14:textId="77777777" w:rsidR="008727BC" w:rsidRDefault="00A57ACA">
      <w:pPr>
        <w:pStyle w:val="ListBullet"/>
      </w:pPr>
      <w:r>
        <w:t>General IT and Technology Knowledge</w:t>
      </w:r>
    </w:p>
    <w:p w14:paraId="4152907C" w14:textId="3AADE638" w:rsidR="008727BC" w:rsidRDefault="00A57ACA">
      <w:pPr>
        <w:pStyle w:val="Heading2"/>
      </w:pPr>
      <w:r>
        <w:t>Languages</w:t>
      </w:r>
    </w:p>
    <w:p w14:paraId="112C6774" w14:textId="41931542" w:rsidR="005D309D" w:rsidRPr="005D309D" w:rsidRDefault="005D309D" w:rsidP="005D30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9D">
        <w:rPr>
          <w:rFonts w:ascii="Times New Roman" w:eastAsia="Times New Roman" w:hAnsi="Times New Roman" w:cs="Times New Roman"/>
          <w:sz w:val="24"/>
          <w:szCs w:val="24"/>
        </w:rPr>
        <w:t>Arabic</w:t>
      </w:r>
    </w:p>
    <w:p w14:paraId="3C65BE52" w14:textId="79EF2815" w:rsidR="005D309D" w:rsidRPr="005D309D" w:rsidRDefault="005D309D" w:rsidP="005D30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309D">
        <w:rPr>
          <w:rFonts w:ascii="Times New Roman" w:eastAsia="Times New Roman" w:hAnsi="Times New Roman" w:cs="Times New Roman"/>
          <w:sz w:val="24"/>
          <w:szCs w:val="24"/>
        </w:rPr>
        <w:t xml:space="preserve">English </w:t>
      </w:r>
    </w:p>
    <w:p w14:paraId="177F6833" w14:textId="77777777" w:rsidR="008727BC" w:rsidRDefault="00A57ACA">
      <w:pPr>
        <w:pStyle w:val="Heading2"/>
      </w:pPr>
      <w:r>
        <w:lastRenderedPageBreak/>
        <w:t>Volunteer Experience</w:t>
      </w:r>
    </w:p>
    <w:p w14:paraId="0DCD1F08" w14:textId="77777777" w:rsidR="008727BC" w:rsidRDefault="00A57ACA">
      <w:r>
        <w:t>Participated in volunteer activities and community events, helping organize tasks, assist participants, and work effectively within a team environment.</w:t>
      </w:r>
    </w:p>
    <w:p w14:paraId="112C39B8" w14:textId="77777777" w:rsidR="008727BC" w:rsidRDefault="00A57ACA">
      <w:pPr>
        <w:pStyle w:val="Heading2"/>
      </w:pPr>
      <w:r>
        <w:t>Personal Strengths</w:t>
      </w:r>
    </w:p>
    <w:p w14:paraId="68AF0A14" w14:textId="77777777" w:rsidR="008727BC" w:rsidRDefault="00A57ACA">
      <w:pPr>
        <w:pStyle w:val="ListBullet"/>
      </w:pPr>
      <w:r>
        <w:t>Quick Learner</w:t>
      </w:r>
    </w:p>
    <w:p w14:paraId="1E2290FC" w14:textId="77777777" w:rsidR="008727BC" w:rsidRDefault="00A57ACA">
      <w:pPr>
        <w:pStyle w:val="ListBullet"/>
      </w:pPr>
      <w:r>
        <w:t>Teamwork and Collaboration</w:t>
      </w:r>
    </w:p>
    <w:p w14:paraId="2F20E6B8" w14:textId="77777777" w:rsidR="008727BC" w:rsidRDefault="00A57ACA">
      <w:pPr>
        <w:pStyle w:val="ListBullet"/>
      </w:pPr>
      <w:r>
        <w:t>Problem-Solving</w:t>
      </w:r>
    </w:p>
    <w:p w14:paraId="1C3FEC26" w14:textId="77777777" w:rsidR="008727BC" w:rsidRDefault="00A57ACA">
      <w:pPr>
        <w:pStyle w:val="ListBullet"/>
      </w:pPr>
      <w:r>
        <w:t>Adaptability</w:t>
      </w:r>
    </w:p>
    <w:p w14:paraId="5B533655" w14:textId="77777777" w:rsidR="008727BC" w:rsidRDefault="00A57ACA">
      <w:pPr>
        <w:pStyle w:val="ListBullet"/>
      </w:pPr>
      <w:r>
        <w:t>Responsible and Reliable</w:t>
      </w:r>
    </w:p>
    <w:p w14:paraId="7DE92AFB" w14:textId="4DE986DC" w:rsidR="008727BC" w:rsidRDefault="00A57ACA" w:rsidP="00DF6B6A">
      <w:pPr>
        <w:pStyle w:val="ListBullet"/>
      </w:pPr>
      <w:r>
        <w:t>Good Communication Skills</w:t>
      </w:r>
    </w:p>
    <w:p w14:paraId="12E77460" w14:textId="5468412B" w:rsidR="00ED2850" w:rsidRDefault="00ED2850" w:rsidP="00ED2850">
      <w:pPr>
        <w:pStyle w:val="ListBullet"/>
        <w:numPr>
          <w:ilvl w:val="0"/>
          <w:numId w:val="0"/>
        </w:numPr>
        <w:ind w:left="360" w:hanging="360"/>
      </w:pPr>
    </w:p>
    <w:p w14:paraId="3E98F499" w14:textId="34DD196D" w:rsidR="00ED2850" w:rsidRDefault="00ED2850" w:rsidP="00ED2850">
      <w:pPr>
        <w:pStyle w:val="ListBullet"/>
        <w:numPr>
          <w:ilvl w:val="0"/>
          <w:numId w:val="0"/>
        </w:numPr>
        <w:ind w:left="360" w:hanging="360"/>
        <w:rPr>
          <w:color w:val="000000" w:themeColor="text1"/>
          <w:sz w:val="26"/>
          <w:szCs w:val="26"/>
        </w:rPr>
      </w:pPr>
      <w:r w:rsidRPr="00ED2850">
        <w:rPr>
          <w:color w:val="548DD4" w:themeColor="text2" w:themeTint="99"/>
          <w:sz w:val="26"/>
          <w:szCs w:val="26"/>
        </w:rPr>
        <w:t>Github</w:t>
      </w:r>
      <w:r>
        <w:rPr>
          <w:color w:val="548DD4" w:themeColor="text2" w:themeTint="99"/>
          <w:sz w:val="26"/>
          <w:szCs w:val="26"/>
        </w:rPr>
        <w:t xml:space="preserve">: </w:t>
      </w:r>
      <w:hyperlink r:id="rId6" w:history="1">
        <w:r w:rsidRPr="0089480F">
          <w:rPr>
            <w:rStyle w:val="Hyperlink"/>
            <w:sz w:val="26"/>
            <w:szCs w:val="26"/>
          </w:rPr>
          <w:t>https://github.com/Omar-Shahine?tab=overview&amp;from=2026-05-01&amp;to=2026-05-31</w:t>
        </w:r>
      </w:hyperlink>
    </w:p>
    <w:p w14:paraId="68E61FD0" w14:textId="2A1358A7" w:rsidR="00ED2850" w:rsidRDefault="00ED2850" w:rsidP="00ED2850">
      <w:pPr>
        <w:pStyle w:val="ListBullet"/>
        <w:numPr>
          <w:ilvl w:val="0"/>
          <w:numId w:val="0"/>
        </w:numPr>
        <w:ind w:left="360" w:hanging="360"/>
        <w:rPr>
          <w:sz w:val="26"/>
          <w:szCs w:val="26"/>
        </w:rPr>
      </w:pPr>
    </w:p>
    <w:p w14:paraId="433CB691" w14:textId="048D9ED5" w:rsidR="00ED2850" w:rsidRPr="00ED2850" w:rsidRDefault="00ED2850" w:rsidP="00ED2850">
      <w:pPr>
        <w:pStyle w:val="ListBullet"/>
        <w:numPr>
          <w:ilvl w:val="0"/>
          <w:numId w:val="0"/>
        </w:numPr>
        <w:ind w:left="360" w:hanging="360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LinkdIn: </w:t>
      </w:r>
      <w:r w:rsidR="006A7328" w:rsidRPr="006A7328">
        <w:rPr>
          <w:sz w:val="26"/>
          <w:szCs w:val="26"/>
        </w:rPr>
        <w:t>https://www.linkedin.com/in/omar-shahine-8105163a2/</w:t>
      </w:r>
    </w:p>
    <w:sectPr w:rsidR="00ED2850" w:rsidRPr="00ED28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E9A4C5C"/>
    <w:multiLevelType w:val="multilevel"/>
    <w:tmpl w:val="3788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70F2"/>
    <w:rsid w:val="005D309D"/>
    <w:rsid w:val="006A7328"/>
    <w:rsid w:val="008727BC"/>
    <w:rsid w:val="00942607"/>
    <w:rsid w:val="00A57ACA"/>
    <w:rsid w:val="00AA1D8D"/>
    <w:rsid w:val="00B47730"/>
    <w:rsid w:val="00CB0664"/>
    <w:rsid w:val="00DF6B6A"/>
    <w:rsid w:val="00ED28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F2155F"/>
  <w14:defaultImageDpi w14:val="300"/>
  <w15:docId w15:val="{8B3F5D56-57C3-4C87-AE61-E1284015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D2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28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2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ithub.com/Omar-Shahine?tab=overview&amp;from=2026-05-01&amp;to=2026-05-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Lucifer</cp:lastModifiedBy>
  <cp:revision>7</cp:revision>
  <dcterms:created xsi:type="dcterms:W3CDTF">2013-12-23T23:15:00Z</dcterms:created>
  <dcterms:modified xsi:type="dcterms:W3CDTF">2026-06-22T15:21:00Z</dcterms:modified>
  <cp:category/>
</cp:coreProperties>
</file>