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D4" w:rsidRDefault="000560C8">
      <w:pPr>
        <w:spacing w:after="40"/>
        <w:jc w:val="center"/>
      </w:pPr>
      <w:r>
        <w:rPr>
          <w:b/>
          <w:sz w:val="44"/>
        </w:rPr>
        <w:t>Kamal Sankari</w:t>
      </w:r>
    </w:p>
    <w:p w:rsidR="009753D4" w:rsidRDefault="000560C8">
      <w:pPr>
        <w:spacing w:after="40"/>
        <w:jc w:val="center"/>
      </w:pPr>
      <w:r>
        <w:t>+961 76 547 166 | sankarik05@gmail.com | Lebanon</w:t>
      </w:r>
    </w:p>
    <w:p w:rsidR="009753D4" w:rsidRDefault="000560C8">
      <w:pPr>
        <w:spacing w:after="160"/>
        <w:jc w:val="center"/>
      </w:pPr>
      <w:hyperlink r:id="rId6">
        <w:r>
          <w:rPr>
            <w:color w:val="006E6E"/>
            <w:u w:val="single"/>
          </w:rPr>
          <w:t>github.com/SankariKamal</w:t>
        </w:r>
      </w:hyperlink>
      <w:r>
        <w:t xml:space="preserve"> | </w:t>
      </w:r>
      <w:hyperlink r:id="rId7">
        <w:r>
          <w:rPr>
            <w:color w:val="006E6E"/>
            <w:u w:val="single"/>
          </w:rPr>
          <w:t>linkedin.com/in/kamal-sankari-2a2893372</w:t>
        </w:r>
      </w:hyperlink>
    </w:p>
    <w:p w:rsidR="009753D4" w:rsidRDefault="000560C8" w:rsidP="000560C8">
      <w:pPr>
        <w:spacing w:after="160"/>
        <w:jc w:val="center"/>
      </w:pPr>
      <w:r>
        <w:rPr>
          <w:b/>
          <w:color w:val="006E6E"/>
        </w:rPr>
        <w:t>Full-Stack Development</w:t>
      </w:r>
      <w:r>
        <w:rPr>
          <w:b/>
          <w:color w:val="006E6E"/>
        </w:rPr>
        <w:t xml:space="preserve"> Internship | Backend / Frontend</w:t>
      </w:r>
      <w:r>
        <w:rPr>
          <w:b/>
          <w:color w:val="006E6E"/>
        </w:rPr>
        <w:t xml:space="preserve"> / Junior Developer</w:t>
      </w:r>
    </w:p>
    <w:p w:rsidR="009753D4" w:rsidRDefault="000560C8">
      <w:pPr>
        <w:pStyle w:val="Heading1"/>
        <w:pBdr>
          <w:bottom w:val="single" w:sz="6" w:space="2" w:color="D9D9D9"/>
        </w:pBdr>
      </w:pPr>
      <w:r>
        <w:t>PROFESSIONAL SUMMARY</w:t>
      </w:r>
    </w:p>
    <w:p w:rsidR="009753D4" w:rsidRDefault="000560C8" w:rsidP="000560C8">
      <w:r>
        <w:t xml:space="preserve">Computer Science student at Lebanese International University (LIU) pursuing a Full-Stack and </w:t>
      </w:r>
      <w:r>
        <w:t>software engineering career path. Strong foundation in C, Java, C#, SQL, and web d</w:t>
      </w:r>
      <w:r>
        <w:t xml:space="preserve">evelopment fundamentals. Building practical JavaScript projects, learning </w:t>
      </w:r>
      <w:proofErr w:type="spellStart"/>
      <w:r>
        <w:t>Nodejs</w:t>
      </w:r>
      <w:proofErr w:type="spellEnd"/>
      <w:r>
        <w:t xml:space="preserve">, </w:t>
      </w:r>
      <w:proofErr w:type="spellStart"/>
      <w:r>
        <w:t>Reactjs</w:t>
      </w:r>
      <w:proofErr w:type="spellEnd"/>
      <w:r>
        <w:t xml:space="preserve">, </w:t>
      </w:r>
      <w:proofErr w:type="spellStart"/>
      <w:r>
        <w:t>Nestjs</w:t>
      </w:r>
      <w:proofErr w:type="spellEnd"/>
      <w:r>
        <w:t xml:space="preserve">, and </w:t>
      </w:r>
      <w:r>
        <w:t>ASP.NET Core, and looking for an internship or junior role where I can contribute, learn from a team, and improve through real product work.</w:t>
      </w:r>
    </w:p>
    <w:p w:rsidR="009753D4" w:rsidRDefault="000560C8">
      <w:pPr>
        <w:pStyle w:val="Heading1"/>
        <w:pBdr>
          <w:bottom w:val="single" w:sz="6" w:space="2" w:color="D9D9D9"/>
        </w:pBdr>
      </w:pPr>
      <w:r>
        <w:t>EDUCATION</w:t>
      </w:r>
    </w:p>
    <w:p w:rsidR="009753D4" w:rsidRDefault="000560C8">
      <w:pPr>
        <w:spacing w:after="40"/>
      </w:pPr>
      <w:r>
        <w:rPr>
          <w:b/>
        </w:rPr>
        <w:t>Bachelor of Science in Computer</w:t>
      </w:r>
      <w:r>
        <w:rPr>
          <w:b/>
        </w:rPr>
        <w:t xml:space="preserve"> Science - Lebanese International University (LIU)</w:t>
      </w:r>
      <w:r>
        <w:t xml:space="preserve"> | </w:t>
      </w:r>
      <w:r>
        <w:rPr>
          <w:i/>
          <w:color w:val="555555"/>
        </w:rPr>
        <w:t>Expected Graduation: 2027</w:t>
      </w:r>
    </w:p>
    <w:p w:rsidR="009753D4" w:rsidRDefault="000560C8">
      <w:pPr>
        <w:spacing w:after="40"/>
      </w:pPr>
      <w:r>
        <w:rPr>
          <w:b/>
        </w:rPr>
        <w:t>Arabic Literature - Global University</w:t>
      </w:r>
      <w:r>
        <w:t xml:space="preserve"> | </w:t>
      </w:r>
      <w:r>
        <w:rPr>
          <w:i/>
          <w:color w:val="555555"/>
        </w:rPr>
        <w:t>Completed 2 years</w:t>
      </w:r>
    </w:p>
    <w:p w:rsidR="009753D4" w:rsidRDefault="000560C8">
      <w:pPr>
        <w:pStyle w:val="Heading1"/>
        <w:pBdr>
          <w:bottom w:val="single" w:sz="6" w:space="2" w:color="D9D9D9"/>
        </w:pBdr>
      </w:pPr>
      <w:r>
        <w:t>TECHNICAL SKILLS</w:t>
      </w:r>
    </w:p>
    <w:p w:rsidR="009753D4" w:rsidRDefault="000560C8">
      <w:pPr>
        <w:pStyle w:val="ListBullet"/>
        <w:spacing w:after="40"/>
        <w:ind w:left="317" w:hanging="173"/>
      </w:pPr>
      <w:r>
        <w:t>Programming: C, Java, C#, SQL, HTML, CSS, JavaScript, ASP.NET Core fundamentals</w:t>
      </w:r>
    </w:p>
    <w:p w:rsidR="009753D4" w:rsidRDefault="000560C8">
      <w:pPr>
        <w:pStyle w:val="ListBullet"/>
        <w:spacing w:after="40"/>
        <w:ind w:left="317" w:hanging="173"/>
      </w:pPr>
      <w:r>
        <w:t>Frontend: responsive l</w:t>
      </w:r>
      <w:r>
        <w:t>ayouts, DOM manipulation, forms, API requests, browser localStorage</w:t>
      </w:r>
    </w:p>
    <w:p w:rsidR="009753D4" w:rsidRDefault="000560C8">
      <w:pPr>
        <w:pStyle w:val="ListBullet"/>
        <w:spacing w:after="40"/>
        <w:ind w:left="317" w:hanging="173"/>
      </w:pPr>
      <w:r>
        <w:t>Tools and hardware: Git, GitHub, VS Code, Arduino IDE, ESP32</w:t>
      </w:r>
    </w:p>
    <w:p w:rsidR="009753D4" w:rsidRDefault="000560C8">
      <w:pPr>
        <w:pStyle w:val="ListBullet"/>
        <w:spacing w:after="40"/>
        <w:ind w:left="317" w:hanging="173"/>
      </w:pPr>
      <w:r>
        <w:t>Core strengths: problem-solving, debugging, teamwork, peer learning</w:t>
      </w:r>
    </w:p>
    <w:p w:rsidR="009753D4" w:rsidRDefault="000560C8">
      <w:pPr>
        <w:pStyle w:val="Heading1"/>
        <w:pBdr>
          <w:bottom w:val="single" w:sz="6" w:space="2" w:color="D9D9D9"/>
        </w:pBdr>
      </w:pPr>
      <w:r>
        <w:t>PROJECTS</w:t>
      </w:r>
    </w:p>
    <w:p w:rsidR="009753D4" w:rsidRDefault="000560C8">
      <w:pPr>
        <w:spacing w:after="40"/>
      </w:pPr>
      <w:r>
        <w:rPr>
          <w:b/>
        </w:rPr>
        <w:t>Weather App</w:t>
      </w:r>
      <w:r>
        <w:t xml:space="preserve"> | </w:t>
      </w:r>
      <w:r>
        <w:rPr>
          <w:i/>
          <w:color w:val="555555"/>
        </w:rPr>
        <w:t>HTML, CSS, JavaScript, OpenWeather A</w:t>
      </w:r>
      <w:r>
        <w:rPr>
          <w:i/>
          <w:color w:val="555555"/>
        </w:rPr>
        <w:t>PI</w:t>
      </w:r>
    </w:p>
    <w:p w:rsidR="009753D4" w:rsidRDefault="000560C8">
      <w:pPr>
        <w:spacing w:after="40"/>
      </w:pPr>
      <w:r>
        <w:rPr>
          <w:b/>
        </w:rPr>
        <w:t xml:space="preserve">GitHub: </w:t>
      </w:r>
      <w:hyperlink r:id="rId8">
        <w:r>
          <w:rPr>
            <w:color w:val="006E6E"/>
            <w:u w:val="single"/>
          </w:rPr>
          <w:t>https://github.com/SankariKamal/weather-app</w:t>
        </w:r>
      </w:hyperlink>
    </w:p>
    <w:p w:rsidR="009753D4" w:rsidRDefault="000560C8">
      <w:pPr>
        <w:pStyle w:val="ListBullet"/>
        <w:spacing w:after="40"/>
        <w:ind w:left="317" w:hanging="173"/>
      </w:pPr>
      <w:r>
        <w:t>Built a weather search app that fetches live city weather data using the OpenWeather API.</w:t>
      </w:r>
    </w:p>
    <w:p w:rsidR="009753D4" w:rsidRDefault="000560C8">
      <w:pPr>
        <w:pStyle w:val="ListBullet"/>
        <w:spacing w:after="40"/>
        <w:ind w:left="317" w:hanging="173"/>
      </w:pPr>
      <w:r>
        <w:t>Displayed temperature, humidity, wind speed, and</w:t>
      </w:r>
      <w:r>
        <w:t xml:space="preserve"> condition-based weather icons.</w:t>
      </w:r>
    </w:p>
    <w:p w:rsidR="009753D4" w:rsidRDefault="000560C8">
      <w:pPr>
        <w:pStyle w:val="ListBullet"/>
        <w:spacing w:after="40"/>
        <w:ind w:left="317" w:hanging="173"/>
      </w:pPr>
      <w:r>
        <w:t>Added input validation, loading feedback, error handling, and responsive UI styling.</w:t>
      </w:r>
    </w:p>
    <w:p w:rsidR="009753D4" w:rsidRDefault="000560C8">
      <w:pPr>
        <w:spacing w:after="40"/>
      </w:pPr>
      <w:r>
        <w:rPr>
          <w:b/>
        </w:rPr>
        <w:t>Personal Task Manager</w:t>
      </w:r>
      <w:r>
        <w:t xml:space="preserve"> | </w:t>
      </w:r>
      <w:r>
        <w:rPr>
          <w:i/>
          <w:color w:val="555555"/>
        </w:rPr>
        <w:t>HTML, CSS, JavaScript, localStorage</w:t>
      </w:r>
    </w:p>
    <w:p w:rsidR="009753D4" w:rsidRDefault="000560C8">
      <w:pPr>
        <w:pStyle w:val="ListBullet"/>
        <w:spacing w:after="40"/>
        <w:ind w:left="317" w:hanging="173"/>
      </w:pPr>
      <w:r>
        <w:t>Built a task manager with add, edit, delete, complete, search, and filter featu</w:t>
      </w:r>
      <w:r>
        <w:t>res.</w:t>
      </w:r>
    </w:p>
    <w:p w:rsidR="009753D4" w:rsidRDefault="000560C8">
      <w:pPr>
        <w:pStyle w:val="ListBullet"/>
        <w:spacing w:after="40"/>
        <w:ind w:left="317" w:hanging="173"/>
      </w:pPr>
      <w:r>
        <w:t>Added priority levels, optional due dates, sorting, and light/dark theme support.</w:t>
      </w:r>
    </w:p>
    <w:p w:rsidR="009753D4" w:rsidRDefault="000560C8">
      <w:pPr>
        <w:pStyle w:val="ListBullet"/>
        <w:spacing w:after="40"/>
        <w:ind w:left="317" w:hanging="173"/>
      </w:pPr>
      <w:r>
        <w:t>Saved tasks and theme preference in browser localStorage so data stays after refresh.</w:t>
      </w:r>
    </w:p>
    <w:p w:rsidR="009753D4" w:rsidRDefault="000560C8">
      <w:pPr>
        <w:spacing w:after="40"/>
      </w:pPr>
      <w:r>
        <w:rPr>
          <w:b/>
        </w:rPr>
        <w:t>Portfolio Website</w:t>
      </w:r>
      <w:r>
        <w:t xml:space="preserve"> | </w:t>
      </w:r>
      <w:r>
        <w:rPr>
          <w:i/>
          <w:color w:val="555555"/>
        </w:rPr>
        <w:t>HTML, CSS</w:t>
      </w:r>
    </w:p>
    <w:p w:rsidR="009753D4" w:rsidRDefault="000560C8">
      <w:pPr>
        <w:pStyle w:val="ListBullet"/>
        <w:spacing w:after="40"/>
        <w:ind w:left="317" w:hanging="173"/>
      </w:pPr>
      <w:r>
        <w:t xml:space="preserve">Built a simple personal portfolio website to present </w:t>
      </w:r>
      <w:r>
        <w:t>my projects, skills, CV, and contact links.</w:t>
      </w:r>
    </w:p>
    <w:p w:rsidR="009753D4" w:rsidRDefault="000560C8">
      <w:pPr>
        <w:pStyle w:val="ListBullet"/>
        <w:spacing w:after="40"/>
        <w:ind w:left="317" w:hanging="173"/>
      </w:pPr>
      <w:r>
        <w:t>Added project cards for the Weather App and Personal Task Manager with GitHub and local demo links.</w:t>
      </w:r>
    </w:p>
    <w:p w:rsidR="009753D4" w:rsidRDefault="000560C8">
      <w:pPr>
        <w:pStyle w:val="ListBullet"/>
        <w:spacing w:after="40"/>
        <w:ind w:left="317" w:hanging="173"/>
      </w:pPr>
      <w:r>
        <w:t>Connected the portfolio download buttons to the cleaned CV file and made the layout responsive.</w:t>
      </w:r>
    </w:p>
    <w:p w:rsidR="009753D4" w:rsidRDefault="009753D4">
      <w:pPr>
        <w:spacing w:after="0"/>
      </w:pPr>
    </w:p>
    <w:p w:rsidR="009753D4" w:rsidRDefault="000560C8">
      <w:pPr>
        <w:spacing w:after="40"/>
      </w:pPr>
      <w:r>
        <w:rPr>
          <w:b/>
        </w:rPr>
        <w:t>Arduino AI Robo</w:t>
      </w:r>
      <w:r>
        <w:rPr>
          <w:b/>
        </w:rPr>
        <w:t>t</w:t>
      </w:r>
      <w:r>
        <w:t xml:space="preserve"> | </w:t>
      </w:r>
      <w:r>
        <w:rPr>
          <w:i/>
          <w:color w:val="555555"/>
        </w:rPr>
        <w:t>Arduino IDE, ESP32, sensors, Blueto</w:t>
      </w:r>
      <w:bookmarkStart w:id="0" w:name="_GoBack"/>
      <w:bookmarkEnd w:id="0"/>
      <w:r>
        <w:rPr>
          <w:i/>
          <w:color w:val="555555"/>
        </w:rPr>
        <w:t>oth</w:t>
      </w:r>
    </w:p>
    <w:p w:rsidR="009753D4" w:rsidRDefault="000560C8">
      <w:pPr>
        <w:pStyle w:val="ListBullet"/>
        <w:spacing w:after="40"/>
        <w:ind w:left="317" w:hanging="173"/>
      </w:pPr>
      <w:r>
        <w:t>Built a two-wheeled obstacle-avoidance robot with sensor-based navigation logic.</w:t>
      </w:r>
    </w:p>
    <w:p w:rsidR="009753D4" w:rsidRDefault="000560C8">
      <w:pPr>
        <w:pStyle w:val="ListBullet"/>
        <w:spacing w:after="40"/>
        <w:ind w:left="317" w:hanging="173"/>
      </w:pPr>
      <w:r>
        <w:t>Integrated sound feedback and Bluetooth control for interactive movement.</w:t>
      </w:r>
    </w:p>
    <w:p w:rsidR="009753D4" w:rsidRDefault="000560C8">
      <w:pPr>
        <w:pStyle w:val="Heading1"/>
        <w:pBdr>
          <w:bottom w:val="single" w:sz="6" w:space="2" w:color="D9D9D9"/>
        </w:pBdr>
      </w:pPr>
      <w:r>
        <w:t>PROGRAMMING FOUNDATIONS</w:t>
      </w:r>
    </w:p>
    <w:p w:rsidR="009753D4" w:rsidRDefault="000560C8">
      <w:pPr>
        <w:spacing w:after="40"/>
      </w:pPr>
      <w:r>
        <w:rPr>
          <w:b/>
        </w:rPr>
        <w:t>42 Beirut - C Programming Piscine</w:t>
      </w:r>
    </w:p>
    <w:p w:rsidR="009753D4" w:rsidRDefault="000560C8">
      <w:pPr>
        <w:pStyle w:val="ListBullet"/>
        <w:spacing w:after="40"/>
        <w:ind w:left="317" w:hanging="173"/>
      </w:pPr>
      <w:r>
        <w:t>Completed intensive C programming exercises focused on low-level programming concepts.</w:t>
      </w:r>
    </w:p>
    <w:p w:rsidR="009753D4" w:rsidRDefault="000560C8">
      <w:pPr>
        <w:pStyle w:val="ListBullet"/>
        <w:spacing w:after="40"/>
        <w:ind w:left="317" w:hanging="173"/>
      </w:pPr>
      <w:r>
        <w:t>Practiced pointers, structures, string manipulation, dynamic memory allocation, and debugging.</w:t>
      </w:r>
    </w:p>
    <w:p w:rsidR="009753D4" w:rsidRDefault="000560C8">
      <w:pPr>
        <w:pStyle w:val="ListBullet"/>
        <w:spacing w:after="40"/>
        <w:ind w:left="317" w:hanging="173"/>
      </w:pPr>
      <w:r>
        <w:lastRenderedPageBreak/>
        <w:t xml:space="preserve">Worked in a peer-to-peer environment and improved through code review and </w:t>
      </w:r>
      <w:r>
        <w:t>collaboration.</w:t>
      </w:r>
    </w:p>
    <w:p w:rsidR="009753D4" w:rsidRDefault="000560C8">
      <w:pPr>
        <w:spacing w:after="40"/>
      </w:pPr>
      <w:r>
        <w:rPr>
          <w:b/>
        </w:rPr>
        <w:t>Software Development Practice</w:t>
      </w:r>
    </w:p>
    <w:p w:rsidR="009753D4" w:rsidRDefault="000560C8">
      <w:pPr>
        <w:pStyle w:val="ListBullet"/>
        <w:spacing w:after="40"/>
        <w:ind w:left="317" w:hanging="173"/>
      </w:pPr>
      <w:r>
        <w:t>Applied object-oriented programming concepts including classes, constructors, and encapsulation in C# and Java.</w:t>
      </w:r>
    </w:p>
    <w:p w:rsidR="009753D4" w:rsidRDefault="000560C8">
      <w:pPr>
        <w:pStyle w:val="ListBullet"/>
        <w:spacing w:after="40"/>
        <w:ind w:left="317" w:hanging="173"/>
      </w:pPr>
      <w:r>
        <w:t>Practiced SQL queries and database fundamentals through learning exercises.</w:t>
      </w:r>
    </w:p>
    <w:p w:rsidR="009753D4" w:rsidRDefault="000560C8">
      <w:pPr>
        <w:pStyle w:val="ListBullet"/>
        <w:spacing w:after="40"/>
        <w:ind w:left="317" w:hanging="173"/>
      </w:pPr>
      <w:r>
        <w:t>Developed small console</w:t>
      </w:r>
      <w:r>
        <w:t xml:space="preserve"> programs to strengthen logic building and problem-solving.</w:t>
      </w:r>
    </w:p>
    <w:p w:rsidR="009753D4" w:rsidRDefault="000560C8">
      <w:pPr>
        <w:pStyle w:val="Heading1"/>
        <w:pBdr>
          <w:bottom w:val="single" w:sz="6" w:space="2" w:color="D9D9D9"/>
        </w:pBdr>
      </w:pPr>
      <w:r>
        <w:t>LANGUAGES</w:t>
      </w:r>
    </w:p>
    <w:p w:rsidR="009753D4" w:rsidRDefault="000560C8">
      <w:pPr>
        <w:pStyle w:val="ListBullet"/>
        <w:spacing w:after="40"/>
        <w:ind w:left="317" w:hanging="173"/>
      </w:pPr>
      <w:r>
        <w:t>Arabic: Native</w:t>
      </w:r>
    </w:p>
    <w:p w:rsidR="009753D4" w:rsidRDefault="000560C8">
      <w:pPr>
        <w:pStyle w:val="ListBullet"/>
        <w:spacing w:after="40"/>
        <w:ind w:left="317" w:hanging="173"/>
      </w:pPr>
      <w:r>
        <w:t>English: Fluent</w:t>
      </w:r>
    </w:p>
    <w:sectPr w:rsidR="009753D4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60C8"/>
    <w:rsid w:val="0006063C"/>
    <w:rsid w:val="0015074B"/>
    <w:rsid w:val="0029639D"/>
    <w:rsid w:val="00326F90"/>
    <w:rsid w:val="009753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1412F"/>
  <w14:defaultImageDpi w14:val="300"/>
  <w15:docId w15:val="{EA184704-DBBC-48AF-A408-3756A104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eastAsia="Arial" w:hAnsi="Arial"/>
      <w:color w:val="191919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06E6E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SankariKamal/weather-app" TargetMode="External"/><Relationship Id="rId3" Type="http://schemas.openxmlformats.org/officeDocument/2006/relationships/styles" Target="styles.xml"/><Relationship Id="rId7" Type="http://schemas.openxmlformats.org/officeDocument/2006/relationships/hyperlink" Target="https://linkedin.com/in/kamal-sankari-2a289337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thub.com/SankariKam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C8D081-39D6-47B1-AA22-0547DE690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Kamal</cp:lastModifiedBy>
  <cp:revision>2</cp:revision>
  <dcterms:created xsi:type="dcterms:W3CDTF">2013-12-23T23:15:00Z</dcterms:created>
  <dcterms:modified xsi:type="dcterms:W3CDTF">2026-06-01T00:24:00Z</dcterms:modified>
  <cp:category/>
</cp:coreProperties>
</file>