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5C626" w14:textId="77777777" w:rsidR="009E00A7" w:rsidRPr="00190F6A" w:rsidRDefault="00190F6A">
      <w:pPr>
        <w:spacing w:after="40"/>
        <w:jc w:val="center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b/>
          <w:sz w:val="36"/>
          <w:szCs w:val="18"/>
        </w:rPr>
        <w:t>Johnny Maamary</w:t>
      </w:r>
    </w:p>
    <w:p w14:paraId="215F57B4" w14:textId="54C9D830" w:rsidR="009E00A7" w:rsidRPr="00190F6A" w:rsidRDefault="00190F6A">
      <w:pPr>
        <w:spacing w:after="240"/>
        <w:jc w:val="center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sz w:val="16"/>
          <w:szCs w:val="18"/>
        </w:rPr>
        <w:t xml:space="preserve">Fanar | +961 81202813 | johmaa8@gmail.com | LinkedIn: </w:t>
      </w:r>
      <w:r w:rsidR="00535C4B" w:rsidRPr="00190F6A">
        <w:rPr>
          <w:rStyle w:val="span"/>
          <w:rFonts w:ascii="Times New Roman" w:eastAsia="Century Gothic" w:hAnsi="Times New Roman" w:cs="Times New Roman"/>
          <w:color w:val="343434"/>
          <w:spacing w:val="4"/>
          <w:sz w:val="18"/>
          <w:szCs w:val="18"/>
        </w:rPr>
        <w:t>https://www.linkedin.com/in/johnny-maamary-18790a245/</w:t>
      </w:r>
    </w:p>
    <w:p w14:paraId="61B45B32" w14:textId="77777777" w:rsidR="009E00A7" w:rsidRPr="00190F6A" w:rsidRDefault="00190F6A">
      <w:pPr>
        <w:spacing w:before="240" w:after="8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b/>
          <w:color w:val="003366"/>
          <w:sz w:val="20"/>
          <w:szCs w:val="18"/>
        </w:rPr>
        <w:t>PROFESSIONAL SUMMARY</w:t>
      </w:r>
    </w:p>
    <w:p w14:paraId="5F1B7FF4" w14:textId="77777777" w:rsidR="009E00A7" w:rsidRPr="00190F6A" w:rsidRDefault="00190F6A">
      <w:pPr>
        <w:spacing w:after="24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sz w:val="18"/>
          <w:szCs w:val="18"/>
        </w:rPr>
        <w:t>I am a versatile Software Engineering student with strong experience in AI-powered systems, full-stack web development, and backend engineering. I bring a strong balance of creativity and engineering discipline, with a passion for building smart, user-focused digital solutions.</w:t>
      </w:r>
    </w:p>
    <w:p w14:paraId="3D0897F8" w14:textId="77777777" w:rsidR="009E00A7" w:rsidRPr="00190F6A" w:rsidRDefault="00190F6A">
      <w:pPr>
        <w:spacing w:before="240" w:after="8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b/>
          <w:color w:val="003366"/>
          <w:sz w:val="20"/>
          <w:szCs w:val="18"/>
        </w:rPr>
        <w:t>EDUCATION</w:t>
      </w:r>
    </w:p>
    <w:p w14:paraId="0DBAE741" w14:textId="77777777" w:rsidR="009E00A7" w:rsidRPr="00190F6A" w:rsidRDefault="00190F6A">
      <w:pPr>
        <w:spacing w:after="24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b/>
          <w:sz w:val="18"/>
          <w:szCs w:val="18"/>
        </w:rPr>
        <w:t>Bachelor of Engineering: Computer and Communications, Software and Networks</w:t>
      </w:r>
      <w:r w:rsidRPr="00190F6A">
        <w:rPr>
          <w:rFonts w:ascii="Times New Roman" w:hAnsi="Times New Roman" w:cs="Times New Roman"/>
          <w:sz w:val="18"/>
          <w:szCs w:val="18"/>
        </w:rPr>
        <w:br/>
        <w:t>Antonine University - Lebanon</w:t>
      </w:r>
    </w:p>
    <w:p w14:paraId="56465A24" w14:textId="77777777" w:rsidR="009E00A7" w:rsidRPr="00190F6A" w:rsidRDefault="00190F6A">
      <w:pPr>
        <w:spacing w:before="240" w:after="8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b/>
          <w:color w:val="003366"/>
          <w:sz w:val="20"/>
          <w:szCs w:val="18"/>
        </w:rPr>
        <w:t>EXPERIENCE</w:t>
      </w:r>
    </w:p>
    <w:p w14:paraId="63FCF363" w14:textId="77777777" w:rsidR="009E00A7" w:rsidRPr="00190F6A" w:rsidRDefault="00190F6A">
      <w:pPr>
        <w:spacing w:after="4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b/>
          <w:sz w:val="18"/>
          <w:szCs w:val="18"/>
        </w:rPr>
        <w:t>Software Engineering Intern</w:t>
      </w:r>
      <w:r w:rsidRPr="00190F6A">
        <w:rPr>
          <w:rFonts w:ascii="Times New Roman" w:hAnsi="Times New Roman" w:cs="Times New Roman"/>
          <w:i/>
          <w:sz w:val="18"/>
          <w:szCs w:val="18"/>
        </w:rPr>
        <w:t xml:space="preserve"> | inmind.ai, Mkalles</w:t>
      </w:r>
      <w:r w:rsidRPr="00190F6A">
        <w:rPr>
          <w:rFonts w:ascii="Times New Roman" w:hAnsi="Times New Roman" w:cs="Times New Roman"/>
          <w:color w:val="646464"/>
          <w:sz w:val="18"/>
          <w:szCs w:val="18"/>
        </w:rPr>
        <w:t xml:space="preserve"> (Feb 2025 – Apr 2025)</w:t>
      </w:r>
    </w:p>
    <w:p w14:paraId="7A1214C6" w14:textId="77777777" w:rsidR="009E00A7" w:rsidRPr="00190F6A" w:rsidRDefault="00190F6A">
      <w:pPr>
        <w:pStyle w:val="ListBullet"/>
        <w:spacing w:after="4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sz w:val="18"/>
          <w:szCs w:val="18"/>
        </w:rPr>
        <w:t>Built RESTful APIs using .NET Core, implementing both controller-based and minimal API architectures.</w:t>
      </w:r>
    </w:p>
    <w:p w14:paraId="22B3DAC8" w14:textId="77777777" w:rsidR="009E00A7" w:rsidRPr="00190F6A" w:rsidRDefault="00190F6A">
      <w:pPr>
        <w:pStyle w:val="ListBullet"/>
        <w:spacing w:after="4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sz w:val="18"/>
          <w:szCs w:val="18"/>
        </w:rPr>
        <w:t>Designed and implemented middleware for global exception handling, logging, and request validation.</w:t>
      </w:r>
    </w:p>
    <w:p w14:paraId="68DCDF07" w14:textId="77777777" w:rsidR="009E00A7" w:rsidRPr="00190F6A" w:rsidRDefault="00190F6A">
      <w:pPr>
        <w:pStyle w:val="ListBullet"/>
        <w:spacing w:after="4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sz w:val="18"/>
          <w:szCs w:val="18"/>
        </w:rPr>
        <w:t>Applied Domain-Driven Design (DDD) principles to model Aggregates, Value Objects, and Bounded Contexts to ensure a scalable codebase.</w:t>
      </w:r>
    </w:p>
    <w:p w14:paraId="7C650E78" w14:textId="77777777" w:rsidR="009E00A7" w:rsidRPr="00190F6A" w:rsidRDefault="00190F6A">
      <w:pPr>
        <w:pStyle w:val="ListBullet"/>
        <w:spacing w:after="4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sz w:val="18"/>
          <w:szCs w:val="18"/>
        </w:rPr>
        <w:t>Developed data access layers using Entity Framework Core and LINQ; integrated PostgreSQL for persistence.</w:t>
      </w:r>
    </w:p>
    <w:p w14:paraId="4BE90642" w14:textId="77777777" w:rsidR="009E00A7" w:rsidRPr="00190F6A" w:rsidRDefault="00190F6A">
      <w:pPr>
        <w:pStyle w:val="ListBullet"/>
        <w:spacing w:after="4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sz w:val="18"/>
          <w:szCs w:val="18"/>
        </w:rPr>
        <w:t>Utilized Docker for containerizing backend services and simplifying local development.</w:t>
      </w:r>
    </w:p>
    <w:p w14:paraId="45A1E4C6" w14:textId="77777777" w:rsidR="009E00A7" w:rsidRPr="00190F6A" w:rsidRDefault="00190F6A">
      <w:pPr>
        <w:pStyle w:val="ListBullet"/>
        <w:spacing w:after="4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sz w:val="18"/>
          <w:szCs w:val="18"/>
        </w:rPr>
        <w:t>Participated in backend design reviews, sprint planning, and collaborative debugging sessions.</w:t>
      </w:r>
    </w:p>
    <w:p w14:paraId="6ED24EC0" w14:textId="77777777" w:rsidR="009E00A7" w:rsidRPr="00190F6A" w:rsidRDefault="00190F6A">
      <w:pPr>
        <w:spacing w:before="240" w:after="8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b/>
          <w:color w:val="003366"/>
          <w:sz w:val="20"/>
          <w:szCs w:val="18"/>
        </w:rPr>
        <w:t>PROJECTS</w:t>
      </w:r>
    </w:p>
    <w:p w14:paraId="15241F41" w14:textId="77777777" w:rsidR="009E00A7" w:rsidRPr="00190F6A" w:rsidRDefault="00190F6A">
      <w:pPr>
        <w:spacing w:after="4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b/>
          <w:sz w:val="18"/>
          <w:szCs w:val="18"/>
        </w:rPr>
        <w:t>Smart Solar IoT &amp; Autonomous Load Control Platform</w:t>
      </w:r>
      <w:r w:rsidRPr="00190F6A">
        <w:rPr>
          <w:rFonts w:ascii="Times New Roman" w:hAnsi="Times New Roman" w:cs="Times New Roman"/>
          <w:i/>
          <w:sz w:val="18"/>
          <w:szCs w:val="18"/>
        </w:rPr>
        <w:t xml:space="preserve"> | (Android, Java, SQLite, Firebase)</w:t>
      </w:r>
      <w:r w:rsidRPr="00190F6A">
        <w:rPr>
          <w:rFonts w:ascii="Times New Roman" w:hAnsi="Times New Roman" w:cs="Times New Roman"/>
          <w:color w:val="646464"/>
          <w:sz w:val="18"/>
          <w:szCs w:val="18"/>
        </w:rPr>
        <w:t xml:space="preserve"> (Academic/Personal)</w:t>
      </w:r>
    </w:p>
    <w:p w14:paraId="25CFABB3" w14:textId="77777777" w:rsidR="009E00A7" w:rsidRPr="00190F6A" w:rsidRDefault="00190F6A">
      <w:pPr>
        <w:pStyle w:val="ListBullet"/>
        <w:spacing w:after="4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sz w:val="18"/>
          <w:szCs w:val="18"/>
        </w:rPr>
        <w:t>Developed a "Load Shedding Engine" background service that automatically disables high-power relays during critical battery voltage drops to protect hardware.</w:t>
      </w:r>
    </w:p>
    <w:p w14:paraId="2AFAB683" w14:textId="77777777" w:rsidR="009E00A7" w:rsidRPr="00190F6A" w:rsidRDefault="00190F6A">
      <w:pPr>
        <w:pStyle w:val="ListBullet"/>
        <w:spacing w:after="4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sz w:val="18"/>
          <w:szCs w:val="18"/>
        </w:rPr>
        <w:t>Leveraged Retrofit and Volley for RESTful API communication and SQLite for offline data persistence.</w:t>
      </w:r>
    </w:p>
    <w:p w14:paraId="697FA156" w14:textId="37046848" w:rsidR="009E00A7" w:rsidRPr="00190F6A" w:rsidRDefault="00190F6A" w:rsidP="00022E43">
      <w:pPr>
        <w:pStyle w:val="ListBullet"/>
        <w:spacing w:after="4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sz w:val="18"/>
          <w:szCs w:val="18"/>
        </w:rPr>
        <w:t xml:space="preserve">Implemented a Glassmorphic design system with MPAndroidChart for real-time telemetry visualization </w:t>
      </w:r>
      <w:r w:rsidRPr="00190F6A">
        <w:rPr>
          <w:rFonts w:ascii="Times New Roman" w:hAnsi="Times New Roman" w:cs="Times New Roman"/>
          <w:b/>
          <w:sz w:val="18"/>
          <w:szCs w:val="18"/>
        </w:rPr>
        <w:t>Smart Inventory System</w:t>
      </w:r>
      <w:r w:rsidRPr="00190F6A">
        <w:rPr>
          <w:rFonts w:ascii="Times New Roman" w:hAnsi="Times New Roman" w:cs="Times New Roman"/>
          <w:i/>
          <w:sz w:val="18"/>
          <w:szCs w:val="18"/>
        </w:rPr>
        <w:t xml:space="preserve"> | (Python, FastAPI, MongoDB, AI Models)</w:t>
      </w:r>
      <w:r w:rsidRPr="00190F6A">
        <w:rPr>
          <w:rFonts w:ascii="Times New Roman" w:hAnsi="Times New Roman" w:cs="Times New Roman"/>
          <w:color w:val="646464"/>
          <w:sz w:val="18"/>
          <w:szCs w:val="18"/>
        </w:rPr>
        <w:t xml:space="preserve"> (Academic/Personal)</w:t>
      </w:r>
    </w:p>
    <w:p w14:paraId="605D5D25" w14:textId="77777777" w:rsidR="009E00A7" w:rsidRPr="00190F6A" w:rsidRDefault="00190F6A">
      <w:pPr>
        <w:pStyle w:val="ListBullet"/>
        <w:spacing w:after="4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sz w:val="18"/>
          <w:szCs w:val="18"/>
        </w:rPr>
        <w:t>Built an AI-powered inventory system for fruits and vegetables using a CNN classifier with transfer learning and a regression model for price prediction.</w:t>
      </w:r>
    </w:p>
    <w:p w14:paraId="78CB4CC6" w14:textId="77777777" w:rsidR="009E00A7" w:rsidRPr="00190F6A" w:rsidRDefault="00190F6A">
      <w:pPr>
        <w:pStyle w:val="ListBullet"/>
        <w:spacing w:after="4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sz w:val="18"/>
          <w:szCs w:val="18"/>
        </w:rPr>
        <w:t>Implemented a FastAPI backend, REST APIs, MongoDB (GridFS) image storage, and a modern web UI for inventory updates, price adjustments, and product recognition.</w:t>
      </w:r>
    </w:p>
    <w:p w14:paraId="2A4D3D32" w14:textId="77777777" w:rsidR="009E00A7" w:rsidRPr="00190F6A" w:rsidRDefault="00190F6A">
      <w:pPr>
        <w:spacing w:after="4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b/>
          <w:sz w:val="18"/>
          <w:szCs w:val="18"/>
        </w:rPr>
        <w:t>Enterprise Library Management System</w:t>
      </w:r>
      <w:r w:rsidRPr="00190F6A">
        <w:rPr>
          <w:rFonts w:ascii="Times New Roman" w:hAnsi="Times New Roman" w:cs="Times New Roman"/>
          <w:i/>
          <w:sz w:val="18"/>
          <w:szCs w:val="18"/>
        </w:rPr>
        <w:t xml:space="preserve"> | (.NET 9, DDD, CQRS, PostgreSQL)</w:t>
      </w:r>
      <w:r w:rsidRPr="00190F6A">
        <w:rPr>
          <w:rFonts w:ascii="Times New Roman" w:hAnsi="Times New Roman" w:cs="Times New Roman"/>
          <w:color w:val="646464"/>
          <w:sz w:val="18"/>
          <w:szCs w:val="18"/>
        </w:rPr>
        <w:t xml:space="preserve"> (Academic/Personal)</w:t>
      </w:r>
    </w:p>
    <w:p w14:paraId="703164FA" w14:textId="77777777" w:rsidR="009E00A7" w:rsidRPr="00190F6A" w:rsidRDefault="00190F6A">
      <w:pPr>
        <w:pStyle w:val="ListBullet"/>
        <w:spacing w:after="4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sz w:val="18"/>
          <w:szCs w:val="18"/>
        </w:rPr>
        <w:t>Built an enterprise-grade backend using .NET 9 with DDD architecture, CQRS + MediatR, and EF Core migrations.</w:t>
      </w:r>
    </w:p>
    <w:p w14:paraId="31FBC567" w14:textId="77777777" w:rsidR="009E00A7" w:rsidRPr="00190F6A" w:rsidRDefault="00190F6A">
      <w:pPr>
        <w:pStyle w:val="ListBullet"/>
        <w:spacing w:after="4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sz w:val="18"/>
          <w:szCs w:val="18"/>
        </w:rPr>
        <w:t>Integrated OData, AutoMapper, health checks, logging, Docker containerization, and Keycloak-based authentication.</w:t>
      </w:r>
    </w:p>
    <w:p w14:paraId="22D0E08E" w14:textId="77777777" w:rsidR="009E00A7" w:rsidRPr="00190F6A" w:rsidRDefault="00190F6A">
      <w:pPr>
        <w:spacing w:after="4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b/>
          <w:sz w:val="18"/>
          <w:szCs w:val="18"/>
        </w:rPr>
        <w:t>ASP.NET Core MVC Management System</w:t>
      </w:r>
      <w:r w:rsidRPr="00190F6A">
        <w:rPr>
          <w:rFonts w:ascii="Times New Roman" w:hAnsi="Times New Roman" w:cs="Times New Roman"/>
          <w:i/>
          <w:sz w:val="18"/>
          <w:szCs w:val="18"/>
        </w:rPr>
        <w:t xml:space="preserve"> | (C#, SQL Server)</w:t>
      </w:r>
      <w:r w:rsidRPr="00190F6A">
        <w:rPr>
          <w:rFonts w:ascii="Times New Roman" w:hAnsi="Times New Roman" w:cs="Times New Roman"/>
          <w:color w:val="646464"/>
          <w:sz w:val="18"/>
          <w:szCs w:val="18"/>
        </w:rPr>
        <w:t xml:space="preserve"> (Academic/Personal)</w:t>
      </w:r>
    </w:p>
    <w:p w14:paraId="42435CC9" w14:textId="77777777" w:rsidR="009E00A7" w:rsidRPr="00190F6A" w:rsidRDefault="00190F6A">
      <w:pPr>
        <w:pStyle w:val="ListBullet"/>
        <w:spacing w:after="4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sz w:val="18"/>
          <w:szCs w:val="18"/>
        </w:rPr>
        <w:t>Created a management system using ASP.NET Core MVC with role-based authentication and CRUD operations.</w:t>
      </w:r>
    </w:p>
    <w:p w14:paraId="2D4B6383" w14:textId="77777777" w:rsidR="009E00A7" w:rsidRPr="00190F6A" w:rsidRDefault="00190F6A">
      <w:pPr>
        <w:pStyle w:val="ListBullet"/>
        <w:spacing w:after="4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sz w:val="18"/>
          <w:szCs w:val="18"/>
        </w:rPr>
        <w:t>Integrated EF Core, search/filter/pagination, Bootstrap UI, Chart.js dashboards, and external AI services.</w:t>
      </w:r>
    </w:p>
    <w:p w14:paraId="40355FEC" w14:textId="77777777" w:rsidR="009E00A7" w:rsidRPr="00190F6A" w:rsidRDefault="00190F6A">
      <w:pPr>
        <w:spacing w:after="4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b/>
          <w:sz w:val="18"/>
          <w:szCs w:val="18"/>
        </w:rPr>
        <w:t>Money Transfer Web Application</w:t>
      </w:r>
      <w:r w:rsidRPr="00190F6A">
        <w:rPr>
          <w:rFonts w:ascii="Times New Roman" w:hAnsi="Times New Roman" w:cs="Times New Roman"/>
          <w:i/>
          <w:sz w:val="18"/>
          <w:szCs w:val="18"/>
        </w:rPr>
        <w:t xml:space="preserve"> | (Full-Stack Platform)</w:t>
      </w:r>
      <w:r w:rsidRPr="00190F6A">
        <w:rPr>
          <w:rFonts w:ascii="Times New Roman" w:hAnsi="Times New Roman" w:cs="Times New Roman"/>
          <w:color w:val="646464"/>
          <w:sz w:val="18"/>
          <w:szCs w:val="18"/>
        </w:rPr>
        <w:t xml:space="preserve"> (Academic/Personal)</w:t>
      </w:r>
    </w:p>
    <w:p w14:paraId="5AADB793" w14:textId="77777777" w:rsidR="009E00A7" w:rsidRPr="00190F6A" w:rsidRDefault="00190F6A">
      <w:pPr>
        <w:pStyle w:val="ListBullet"/>
        <w:spacing w:after="4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sz w:val="18"/>
          <w:szCs w:val="18"/>
        </w:rPr>
        <w:t>Developed a multi-role money transfer platform with user/agent/admin dashboards, real-time transfer tracking, beneficiary management, and currency conversion.</w:t>
      </w:r>
    </w:p>
    <w:p w14:paraId="5568703F" w14:textId="77777777" w:rsidR="009E00A7" w:rsidRPr="00190F6A" w:rsidRDefault="00190F6A">
      <w:pPr>
        <w:pStyle w:val="ListBullet"/>
        <w:spacing w:after="4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sz w:val="18"/>
          <w:szCs w:val="18"/>
        </w:rPr>
        <w:t>Implemented secure authentication, payment workflows, and map-based agent discovery.</w:t>
      </w:r>
    </w:p>
    <w:p w14:paraId="22A705AB" w14:textId="77777777" w:rsidR="009E00A7" w:rsidRPr="00190F6A" w:rsidRDefault="00190F6A">
      <w:pPr>
        <w:spacing w:before="240" w:after="8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b/>
          <w:color w:val="003366"/>
          <w:sz w:val="20"/>
          <w:szCs w:val="18"/>
        </w:rPr>
        <w:t>SKILLS</w:t>
      </w:r>
    </w:p>
    <w:p w14:paraId="7C91305B" w14:textId="77777777" w:rsidR="009E00A7" w:rsidRPr="00190F6A" w:rsidRDefault="00190F6A">
      <w:pPr>
        <w:pStyle w:val="ListBullet"/>
        <w:spacing w:after="4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sz w:val="18"/>
          <w:szCs w:val="18"/>
        </w:rPr>
        <w:t>Programming Languages: C++, C#, Java, JavaScript, SQL, Python</w:t>
      </w:r>
    </w:p>
    <w:p w14:paraId="68F91EF3" w14:textId="77777777" w:rsidR="009E00A7" w:rsidRPr="00190F6A" w:rsidRDefault="00190F6A">
      <w:pPr>
        <w:pStyle w:val="ListBullet"/>
        <w:spacing w:after="4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sz w:val="18"/>
          <w:szCs w:val="18"/>
        </w:rPr>
        <w:t>Backend &amp; Architecture: .NET 9, Spring Boot (MVC &amp; Security), Node.js, REST API Design, Domain-Driven Design (DDD), Clean Architecture, CQRS</w:t>
      </w:r>
    </w:p>
    <w:p w14:paraId="38252EEA" w14:textId="77777777" w:rsidR="009E00A7" w:rsidRPr="00190F6A" w:rsidRDefault="00190F6A">
      <w:pPr>
        <w:pStyle w:val="ListBullet"/>
        <w:spacing w:after="4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sz w:val="18"/>
          <w:szCs w:val="18"/>
        </w:rPr>
        <w:t>Databases: PostgreSQL, MySQL, MongoDB</w:t>
      </w:r>
    </w:p>
    <w:p w14:paraId="05858A4C" w14:textId="77777777" w:rsidR="009E00A7" w:rsidRPr="00190F6A" w:rsidRDefault="00190F6A">
      <w:pPr>
        <w:pStyle w:val="ListBullet"/>
        <w:spacing w:after="4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sz w:val="18"/>
          <w:szCs w:val="18"/>
        </w:rPr>
        <w:t>IoT &amp; Mobile: Android SDK, Background Services, Hardware Integration (Raspberry Pi), Retrofit</w:t>
      </w:r>
    </w:p>
    <w:p w14:paraId="6F173D6E" w14:textId="77777777" w:rsidR="009E00A7" w:rsidRPr="00190F6A" w:rsidRDefault="00190F6A">
      <w:pPr>
        <w:pStyle w:val="ListBullet"/>
        <w:spacing w:after="4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sz w:val="18"/>
          <w:szCs w:val="18"/>
        </w:rPr>
        <w:t>DevOps &amp; Tools: Docker &amp; Docker Compose, Git &amp; GitHub, Swagger / OpenAPI, Postman</w:t>
      </w:r>
    </w:p>
    <w:p w14:paraId="699C8B29" w14:textId="77777777" w:rsidR="009E00A7" w:rsidRPr="00190F6A" w:rsidRDefault="00190F6A">
      <w:pPr>
        <w:pStyle w:val="ListBullet"/>
        <w:spacing w:after="4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sz w:val="18"/>
          <w:szCs w:val="18"/>
        </w:rPr>
        <w:t>Security &amp; Authentication: JWT Authentication, Keycloak, Biometric Auth</w:t>
      </w:r>
    </w:p>
    <w:p w14:paraId="35939ACF" w14:textId="77777777" w:rsidR="009E00A7" w:rsidRPr="00190F6A" w:rsidRDefault="00190F6A">
      <w:pPr>
        <w:pStyle w:val="ListBullet"/>
        <w:spacing w:after="40"/>
        <w:rPr>
          <w:rFonts w:ascii="Times New Roman" w:hAnsi="Times New Roman" w:cs="Times New Roman"/>
          <w:sz w:val="18"/>
          <w:szCs w:val="18"/>
        </w:rPr>
      </w:pPr>
      <w:r w:rsidRPr="00190F6A">
        <w:rPr>
          <w:rFonts w:ascii="Times New Roman" w:hAnsi="Times New Roman" w:cs="Times New Roman"/>
          <w:sz w:val="18"/>
          <w:szCs w:val="18"/>
        </w:rPr>
        <w:t>Frontend &amp; UI: HTML5, CSS3, Responsive Web Interfaces, Basic JavaScript UI logic</w:t>
      </w:r>
    </w:p>
    <w:sectPr w:rsidR="009E00A7" w:rsidRPr="00190F6A" w:rsidSect="00034616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0514924">
    <w:abstractNumId w:val="8"/>
  </w:num>
  <w:num w:numId="2" w16cid:durableId="1437405134">
    <w:abstractNumId w:val="6"/>
  </w:num>
  <w:num w:numId="3" w16cid:durableId="186916228">
    <w:abstractNumId w:val="5"/>
  </w:num>
  <w:num w:numId="4" w16cid:durableId="1608272063">
    <w:abstractNumId w:val="4"/>
  </w:num>
  <w:num w:numId="5" w16cid:durableId="437650056">
    <w:abstractNumId w:val="7"/>
  </w:num>
  <w:num w:numId="6" w16cid:durableId="125706937">
    <w:abstractNumId w:val="3"/>
  </w:num>
  <w:num w:numId="7" w16cid:durableId="284773493">
    <w:abstractNumId w:val="2"/>
  </w:num>
  <w:num w:numId="8" w16cid:durableId="1083525302">
    <w:abstractNumId w:val="1"/>
  </w:num>
  <w:num w:numId="9" w16cid:durableId="38358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2E43"/>
    <w:rsid w:val="00034616"/>
    <w:rsid w:val="0006063C"/>
    <w:rsid w:val="0015074B"/>
    <w:rsid w:val="00190F6A"/>
    <w:rsid w:val="0029639D"/>
    <w:rsid w:val="00326F90"/>
    <w:rsid w:val="00535C4B"/>
    <w:rsid w:val="008E2037"/>
    <w:rsid w:val="009E00A7"/>
    <w:rsid w:val="00AA1D8D"/>
    <w:rsid w:val="00B47730"/>
    <w:rsid w:val="00CB0664"/>
    <w:rsid w:val="00E02F45"/>
    <w:rsid w:val="00FB1C3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728F0F"/>
  <w14:defaultImageDpi w14:val="300"/>
  <w15:docId w15:val="{11AE5FC6-5950-43D6-85C5-8ACB5E3EC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span">
    <w:name w:val="span"/>
    <w:basedOn w:val="DefaultParagraphFont"/>
    <w:rsid w:val="00535C4B"/>
    <w:rPr>
      <w:bdr w:val="none" w:sz="0" w:space="0" w:color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johnny maamary</cp:lastModifiedBy>
  <cp:revision>2</cp:revision>
  <dcterms:created xsi:type="dcterms:W3CDTF">2026-05-18T13:49:00Z</dcterms:created>
  <dcterms:modified xsi:type="dcterms:W3CDTF">2026-05-18T13:49:00Z</dcterms:modified>
  <cp:category/>
</cp:coreProperties>
</file>