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CE0B" w14:textId="77777777" w:rsidR="002B20AB" w:rsidRDefault="00000000">
      <w:r>
        <w:rPr>
          <w:b/>
          <w:sz w:val="32"/>
        </w:rPr>
        <w:t>CHAZA KAZEM</w:t>
      </w:r>
      <w:r>
        <w:rPr>
          <w:b/>
          <w:sz w:val="32"/>
        </w:rPr>
        <w:br/>
      </w:r>
    </w:p>
    <w:p w14:paraId="2BEF6CD7" w14:textId="77777777" w:rsidR="002B20AB" w:rsidRDefault="00000000">
      <w:r>
        <w:t>Beirut, Lebanon | chazakazem@outlook.com | 76 921 400 | GitHub: github.com/Chazak-dev</w:t>
      </w:r>
    </w:p>
    <w:p w14:paraId="1B2F3CB7" w14:textId="77777777" w:rsidR="002B20AB" w:rsidRDefault="00000000">
      <w:r>
        <w:rPr>
          <w:b/>
        </w:rPr>
        <w:t>PROFESSIONAL SUMMARY</w:t>
      </w:r>
    </w:p>
    <w:p w14:paraId="7E38EC54" w14:textId="77777777" w:rsidR="002B20AB" w:rsidRDefault="00000000">
      <w:r>
        <w:t>Third-year Computer Science Engineering student at the American University of Beirut with a strong interest in artificial intelligence, cloud computing, digital transformation, and public-sector technology. Experienced in software development, database systems, API integration, and technical research through academic and project-based work. Currently enrolled in an AWS cloud training program to strengthen cloud infrastructure and technology skills. Proven leadership, communication, and analytical abilities through Model United Nations conferences and policy research activities. Eager to contribute technical, research, and problem-solving skills to national digital transformation and AI initiatives.</w:t>
      </w:r>
    </w:p>
    <w:p w14:paraId="68CF4707" w14:textId="77777777" w:rsidR="002B20AB" w:rsidRDefault="00000000">
      <w:r>
        <w:rPr>
          <w:b/>
        </w:rPr>
        <w:t>EDUCATION</w:t>
      </w:r>
    </w:p>
    <w:p w14:paraId="72E4C2C3" w14:textId="77777777" w:rsidR="002B20AB" w:rsidRDefault="00000000">
      <w:r>
        <w:t>American University of Beirut (AUB)</w:t>
      </w:r>
      <w:r>
        <w:br/>
        <w:t>Bachelor of Engineering in Computer Science Engineering</w:t>
      </w:r>
      <w:r>
        <w:br/>
        <w:t>Expected Graduation: 2028</w:t>
      </w:r>
      <w:r>
        <w:br/>
      </w:r>
      <w:r>
        <w:br/>
        <w:t>Relevant Coursework: Programming Fundamentals, Data Structures, Logic Design, Computer Networks, Database Systems, Software Engineering</w:t>
      </w:r>
    </w:p>
    <w:p w14:paraId="4D10B045" w14:textId="77777777" w:rsidR="002B20AB" w:rsidRDefault="00000000">
      <w:r>
        <w:rPr>
          <w:b/>
        </w:rPr>
        <w:t>TECHNICAL PROJECTS</w:t>
      </w:r>
    </w:p>
    <w:p w14:paraId="1447239B" w14:textId="77777777" w:rsidR="002B20AB" w:rsidRDefault="00000000">
      <w:r>
        <w:t>AUB-US Networking Platform | Academic Project</w:t>
      </w:r>
      <w:r>
        <w:br/>
        <w:t>• Developed a networking and communication platform as part of a Computer Networks course project.</w:t>
      </w:r>
      <w:r>
        <w:br/>
        <w:t>• Designed and integrated SQL databases for efficient storage, management, and retrieval of user data.</w:t>
      </w:r>
      <w:r>
        <w:br/>
        <w:t>• Implemented API-based communication between application components and services.</w:t>
      </w:r>
      <w:r>
        <w:br/>
        <w:t>• Collaborated within a development team to design, test, and deploy project features.</w:t>
      </w:r>
      <w:r>
        <w:br/>
        <w:t>• Applied software engineering, networking, and database design principles throughout the development lifecycle.</w:t>
      </w:r>
      <w:r>
        <w:br/>
      </w:r>
      <w:r>
        <w:br/>
        <w:t>AWS Cloud Training Program | Ongoing</w:t>
      </w:r>
      <w:r>
        <w:br/>
        <w:t>• Currently completing hands-on training in cloud computing technologies and AWS services.</w:t>
      </w:r>
      <w:r>
        <w:br/>
        <w:t>• Developing foundational knowledge in cloud infrastructure, deployment, security, and scalable system design.</w:t>
      </w:r>
    </w:p>
    <w:p w14:paraId="082DB14D" w14:textId="77777777" w:rsidR="002B20AB" w:rsidRDefault="00000000">
      <w:r>
        <w:rPr>
          <w:b/>
        </w:rPr>
        <w:t>LEADERSHIP &amp; EXTRACURRICULAR ACTIVITIES</w:t>
      </w:r>
    </w:p>
    <w:p w14:paraId="5BF78F18" w14:textId="21E5E30F" w:rsidR="002B20AB" w:rsidRDefault="00000000">
      <w:r>
        <w:lastRenderedPageBreak/>
        <w:t>Chair, BEYMUN Conference (2024–2025)</w:t>
      </w:r>
      <w:r>
        <w:br/>
        <w:t>• Conducted policy research and prepared comprehensive background guides on international issues.</w:t>
      </w:r>
      <w:r>
        <w:br/>
        <w:t>• Produced analytical briefing materials and discussion frameworks for delegates.</w:t>
      </w:r>
      <w:r>
        <w:br/>
        <w:t>• Led committee proceedings and facilitated structured policy discussions and negotiations.</w:t>
      </w:r>
      <w:r>
        <w:br/>
      </w:r>
      <w:r>
        <w:br/>
        <w:t>Co-Chair &amp; Trainer, AUBMUN Conference (2025–2026)</w:t>
      </w:r>
      <w:r>
        <w:br/>
        <w:t>• Trained delegates in policy analysis, research methodologies, and debate procedures.</w:t>
      </w:r>
      <w:r>
        <w:br/>
        <w:t>• Assisted in committee management and delegate preparation.</w:t>
      </w:r>
      <w:r>
        <w:br/>
      </w:r>
      <w:r>
        <w:br/>
        <w:t>Delegate, LAU MUN &amp; MAL Conferences</w:t>
      </w:r>
      <w:r>
        <w:br/>
        <w:t>• Represented assigned countries through extensive policy research and position development.</w:t>
      </w:r>
      <w:r>
        <w:br/>
        <w:t>• Negotiated and collaborated with delegates to draft resolutions and policy recommendations.</w:t>
      </w:r>
      <w:r>
        <w:br/>
      </w:r>
    </w:p>
    <w:p w14:paraId="4339676E" w14:textId="77777777" w:rsidR="002B20AB" w:rsidRDefault="00000000">
      <w:r>
        <w:rPr>
          <w:b/>
        </w:rPr>
        <w:t>TECHNICAL SKILLS</w:t>
      </w:r>
    </w:p>
    <w:p w14:paraId="0C41CD64" w14:textId="77777777" w:rsidR="002B20AB" w:rsidRDefault="00000000">
      <w:r>
        <w:t>Programming: Python, Java, C++</w:t>
      </w:r>
      <w:r>
        <w:br/>
        <w:t>Databases &amp; Data: SQL, Database Design, Data Analysis</w:t>
      </w:r>
      <w:r>
        <w:br/>
        <w:t>Software &amp; Technology: API Integration, Computer Networking, Cloud Computing (AWS)</w:t>
      </w:r>
      <w:r>
        <w:br/>
        <w:t>Research &amp; Communication: Technical Writing, Policy Research, Public Speaking, Leadership, Team Collaboration, Problem Solving</w:t>
      </w:r>
    </w:p>
    <w:p w14:paraId="5371346B" w14:textId="77777777" w:rsidR="002B20AB" w:rsidRDefault="00000000">
      <w:r>
        <w:rPr>
          <w:b/>
        </w:rPr>
        <w:t>LANGUAGES</w:t>
      </w:r>
    </w:p>
    <w:p w14:paraId="38F4C477" w14:textId="77777777" w:rsidR="002B20AB" w:rsidRDefault="00000000">
      <w:r>
        <w:t>Arabic (Native)</w:t>
      </w:r>
      <w:r>
        <w:br/>
        <w:t>English (Fluent)</w:t>
      </w:r>
    </w:p>
    <w:sectPr w:rsidR="002B20A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0517741">
    <w:abstractNumId w:val="8"/>
  </w:num>
  <w:num w:numId="2" w16cid:durableId="13462801">
    <w:abstractNumId w:val="6"/>
  </w:num>
  <w:num w:numId="3" w16cid:durableId="629432859">
    <w:abstractNumId w:val="5"/>
  </w:num>
  <w:num w:numId="4" w16cid:durableId="1436897502">
    <w:abstractNumId w:val="4"/>
  </w:num>
  <w:num w:numId="5" w16cid:durableId="764224537">
    <w:abstractNumId w:val="7"/>
  </w:num>
  <w:num w:numId="6" w16cid:durableId="53815323">
    <w:abstractNumId w:val="3"/>
  </w:num>
  <w:num w:numId="7" w16cid:durableId="1816069024">
    <w:abstractNumId w:val="2"/>
  </w:num>
  <w:num w:numId="8" w16cid:durableId="1074741789">
    <w:abstractNumId w:val="1"/>
  </w:num>
  <w:num w:numId="9" w16cid:durableId="895778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592C"/>
    <w:rsid w:val="0015074B"/>
    <w:rsid w:val="0029639D"/>
    <w:rsid w:val="002B20AB"/>
    <w:rsid w:val="00326F90"/>
    <w:rsid w:val="0074141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048637"/>
  <w14:defaultImageDpi w14:val="300"/>
  <w15:docId w15:val="{F0BBC29F-7A10-450A-8A59-78AA87F1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Chaza Kazem (Student)</cp:lastModifiedBy>
  <cp:revision>2</cp:revision>
  <dcterms:created xsi:type="dcterms:W3CDTF">2013-12-23T23:15:00Z</dcterms:created>
  <dcterms:modified xsi:type="dcterms:W3CDTF">2026-06-11T13:20:00Z</dcterms:modified>
  <cp:category/>
</cp:coreProperties>
</file>