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D2D5" w14:textId="77777777" w:rsidR="00124369" w:rsidRDefault="000434C2">
      <w:pPr>
        <w:jc w:val="center"/>
      </w:pPr>
      <w:r>
        <w:rPr>
          <w:b/>
          <w:color w:val="0066CC"/>
          <w:sz w:val="40"/>
        </w:rPr>
        <w:t>FAWAZ EL SAYED</w:t>
      </w:r>
      <w:r>
        <w:rPr>
          <w:b/>
          <w:color w:val="0066CC"/>
          <w:sz w:val="40"/>
        </w:rPr>
        <w:br/>
      </w:r>
    </w:p>
    <w:p w14:paraId="50980062" w14:textId="77777777" w:rsidR="00124369" w:rsidRDefault="000434C2">
      <w:pPr>
        <w:jc w:val="center"/>
      </w:pPr>
      <w:r>
        <w:t>Computer Engineer</w:t>
      </w:r>
      <w:r>
        <w:br/>
        <w:t>Tripoli, Lebanon | +961 81 287 905 | Fawazsd.123@gmail.com</w:t>
      </w:r>
    </w:p>
    <w:p w14:paraId="7253829F" w14:textId="77777777" w:rsidR="00124369" w:rsidRDefault="000434C2">
      <w:r>
        <w:rPr>
          <w:b/>
          <w:color w:val="0066CC"/>
          <w:sz w:val="26"/>
        </w:rPr>
        <w:t>PROFILE</w:t>
      </w:r>
    </w:p>
    <w:p w14:paraId="08C6F17F" w14:textId="4D7AF841" w:rsidR="00124369" w:rsidRDefault="000434C2">
      <w:r>
        <w:t xml:space="preserve">Computer Engineering </w:t>
      </w:r>
      <w:r>
        <w:t xml:space="preserve"> with experience in IT support, web development, and mobile applications. Skilled</w:t>
      </w:r>
      <w:r w:rsidR="006377D2">
        <w:t xml:space="preserve"> in</w:t>
      </w:r>
      <w:r>
        <w:t xml:space="preserve"> troubleshooting systems, with strong communication and problem-solving abilities.</w:t>
      </w:r>
    </w:p>
    <w:p w14:paraId="532B3F9F" w14:textId="77777777" w:rsidR="00124369" w:rsidRDefault="000434C2">
      <w:r>
        <w:rPr>
          <w:b/>
          <w:color w:val="0066CC"/>
          <w:sz w:val="26"/>
        </w:rPr>
        <w:t>SKILLS</w:t>
      </w:r>
    </w:p>
    <w:p w14:paraId="3D34903A" w14:textId="42EE42C0" w:rsidR="00124369" w:rsidRDefault="000434C2">
      <w:r>
        <w:t xml:space="preserve">• Programming: </w:t>
      </w:r>
      <w:r>
        <w:t>, Java, PHP</w:t>
      </w:r>
      <w:r w:rsidR="004B23BF">
        <w:t>,</w:t>
      </w:r>
      <w:r>
        <w:br/>
        <w:t>• Web: Laravel, REST APIs, MySQL, Tailwind CSS</w:t>
      </w:r>
      <w:r>
        <w:br/>
        <w:t>• Mobile: Flutter, Firebase</w:t>
      </w:r>
      <w:r>
        <w:br/>
        <w:t>• IT Support: Troubleshooting, OS installation, virus removal</w:t>
      </w:r>
      <w:r w:rsidR="004C4298">
        <w:t>,</w:t>
      </w:r>
      <w:r w:rsidR="00442DDD">
        <w:t xml:space="preserve"> </w:t>
      </w:r>
      <w:r w:rsidR="004C4298">
        <w:t>Linux</w:t>
      </w:r>
      <w:r w:rsidR="0050530F">
        <w:t>,</w:t>
      </w:r>
      <w:r w:rsidR="00442DDD">
        <w:t xml:space="preserve"> </w:t>
      </w:r>
      <w:r w:rsidR="0050530F">
        <w:t xml:space="preserve">networking </w:t>
      </w:r>
      <w:r>
        <w:br/>
        <w:t>• Soft Skills: Communication, teamwork, leadership</w:t>
      </w:r>
    </w:p>
    <w:p w14:paraId="248DD644" w14:textId="77777777" w:rsidR="00124369" w:rsidRDefault="000434C2">
      <w:r>
        <w:rPr>
          <w:b/>
          <w:color w:val="0066CC"/>
          <w:sz w:val="26"/>
        </w:rPr>
        <w:t>EXPERIENCE</w:t>
      </w:r>
    </w:p>
    <w:p w14:paraId="7061B655" w14:textId="77777777" w:rsidR="00124369" w:rsidRDefault="000434C2">
      <w:r>
        <w:rPr>
          <w:b/>
        </w:rPr>
        <w:t>Electronics Assistant – Gray Mackenzie (2024–2025)</w:t>
      </w:r>
    </w:p>
    <w:p w14:paraId="6F9CCD97" w14:textId="3600FD8A" w:rsidR="00124369" w:rsidRDefault="000434C2">
      <w:r>
        <w:t>• Diagnosed and fixed software</w:t>
      </w:r>
      <w:r w:rsidR="00655298">
        <w:t xml:space="preserve"> and hardware </w:t>
      </w:r>
      <w:r>
        <w:t>issues</w:t>
      </w:r>
      <w:r>
        <w:br/>
        <w:t>• Provided technical support</w:t>
      </w:r>
      <w:r>
        <w:br/>
        <w:t>• Assisted customers with device setup</w:t>
      </w:r>
    </w:p>
    <w:p w14:paraId="6D881DA7" w14:textId="77777777" w:rsidR="00124369" w:rsidRDefault="000434C2">
      <w:r>
        <w:rPr>
          <w:b/>
        </w:rPr>
        <w:t>Web &amp; Mobile Developer – XpertBot (2024)</w:t>
      </w:r>
    </w:p>
    <w:p w14:paraId="19E67CFE" w14:textId="58CC046C" w:rsidR="00124369" w:rsidRDefault="000434C2">
      <w:r>
        <w:t xml:space="preserve">• Developed </w:t>
      </w:r>
      <w:r w:rsidR="008A1F92">
        <w:t xml:space="preserve">an full website </w:t>
      </w:r>
      <w:r>
        <w:t>applications and APIs</w:t>
      </w:r>
      <w:r w:rsidR="008A1F92">
        <w:t xml:space="preserve"> using java script, </w:t>
      </w:r>
      <w:r w:rsidR="003074B4">
        <w:t>Html, css</w:t>
      </w:r>
      <w:r>
        <w:br/>
        <w:t xml:space="preserve">• Built </w:t>
      </w:r>
      <w:r>
        <w:t xml:space="preserve"> mobile apps</w:t>
      </w:r>
      <w:r w:rsidR="003074B4">
        <w:t xml:space="preserve"> using </w:t>
      </w:r>
      <w:r w:rsidR="00704853">
        <w:t>android studio</w:t>
      </w:r>
      <w:r>
        <w:br/>
        <w:t>• Designed UI with</w:t>
      </w:r>
      <w:r>
        <w:t xml:space="preserve"> CSS</w:t>
      </w:r>
    </w:p>
    <w:p w14:paraId="3A55D059" w14:textId="77777777" w:rsidR="00124369" w:rsidRDefault="000434C2">
      <w:r>
        <w:rPr>
          <w:b/>
        </w:rPr>
        <w:t>Technical Support – Maze Vision (2022–2024)</w:t>
      </w:r>
    </w:p>
    <w:p w14:paraId="0926C964" w14:textId="77777777" w:rsidR="00124369" w:rsidRDefault="000434C2">
      <w:r>
        <w:t>• Customer technical support and troubleshooting</w:t>
      </w:r>
      <w:r>
        <w:br/>
        <w:t>• Managed multiple repair tasks</w:t>
      </w:r>
    </w:p>
    <w:p w14:paraId="3008B9C0" w14:textId="77777777" w:rsidR="00124369" w:rsidRDefault="000434C2">
      <w:r>
        <w:rPr>
          <w:b/>
        </w:rPr>
        <w:t>IT Technician – Qabass Computers (2021–2022)</w:t>
      </w:r>
    </w:p>
    <w:p w14:paraId="59CACBF9" w14:textId="77777777" w:rsidR="00124369" w:rsidRDefault="000434C2">
      <w:r>
        <w:t>• Hardware/software troubleshooting</w:t>
      </w:r>
      <w:r>
        <w:br/>
        <w:t>• System installation and upgrades</w:t>
      </w:r>
    </w:p>
    <w:p w14:paraId="53FFE566" w14:textId="77777777" w:rsidR="00124369" w:rsidRDefault="000434C2">
      <w:r>
        <w:rPr>
          <w:b/>
          <w:color w:val="0066CC"/>
          <w:sz w:val="26"/>
        </w:rPr>
        <w:t>EDUCATION</w:t>
      </w:r>
    </w:p>
    <w:p w14:paraId="1B106102" w14:textId="16DE7609" w:rsidR="00124369" w:rsidRDefault="000434C2">
      <w:r>
        <w:t>Lebanese International University – Computer Engineering (2021–202</w:t>
      </w:r>
      <w:r w:rsidR="00704853">
        <w:t>6</w:t>
      </w:r>
      <w:r>
        <w:t>)</w:t>
      </w:r>
      <w:r>
        <w:br/>
        <w:t>Üsküdar University – Computer Engineering (2019–2020)</w:t>
      </w:r>
    </w:p>
    <w:sectPr w:rsidR="0012436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391258">
    <w:abstractNumId w:val="8"/>
  </w:num>
  <w:num w:numId="2" w16cid:durableId="1264722984">
    <w:abstractNumId w:val="6"/>
  </w:num>
  <w:num w:numId="3" w16cid:durableId="2132555408">
    <w:abstractNumId w:val="5"/>
  </w:num>
  <w:num w:numId="4" w16cid:durableId="881818921">
    <w:abstractNumId w:val="4"/>
  </w:num>
  <w:num w:numId="5" w16cid:durableId="184831330">
    <w:abstractNumId w:val="7"/>
  </w:num>
  <w:num w:numId="6" w16cid:durableId="2067412910">
    <w:abstractNumId w:val="3"/>
  </w:num>
  <w:num w:numId="7" w16cid:durableId="1470830025">
    <w:abstractNumId w:val="2"/>
  </w:num>
  <w:num w:numId="8" w16cid:durableId="1627733367">
    <w:abstractNumId w:val="1"/>
  </w:num>
  <w:num w:numId="9" w16cid:durableId="55784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34C2"/>
    <w:rsid w:val="0006063C"/>
    <w:rsid w:val="000F708A"/>
    <w:rsid w:val="00124369"/>
    <w:rsid w:val="0015074B"/>
    <w:rsid w:val="0029639D"/>
    <w:rsid w:val="002A16F4"/>
    <w:rsid w:val="003074B4"/>
    <w:rsid w:val="00326F90"/>
    <w:rsid w:val="00442DDD"/>
    <w:rsid w:val="004B23BF"/>
    <w:rsid w:val="004B3131"/>
    <w:rsid w:val="004C4298"/>
    <w:rsid w:val="0050530F"/>
    <w:rsid w:val="005C7DFC"/>
    <w:rsid w:val="006377D2"/>
    <w:rsid w:val="00655298"/>
    <w:rsid w:val="00704853"/>
    <w:rsid w:val="008A1F92"/>
    <w:rsid w:val="00957301"/>
    <w:rsid w:val="00AA1D8D"/>
    <w:rsid w:val="00B47730"/>
    <w:rsid w:val="00CB0664"/>
    <w:rsid w:val="00FA7994"/>
    <w:rsid w:val="00FB0C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61EFBD"/>
  <w14:defaultImageDpi w14:val="300"/>
  <w15:docId w15:val="{E9A956A0-2097-1C41-82AA-FBFDCFDA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fawaz sayed</cp:lastModifiedBy>
  <cp:revision>2</cp:revision>
  <dcterms:created xsi:type="dcterms:W3CDTF">2026-04-09T09:51:00Z</dcterms:created>
  <dcterms:modified xsi:type="dcterms:W3CDTF">2026-04-09T09:51:00Z</dcterms:modified>
  <cp:category/>
</cp:coreProperties>
</file>