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89394" w14:textId="77777777" w:rsidR="00B90C6A" w:rsidRDefault="00000000">
      <w:pPr>
        <w:jc w:val="center"/>
      </w:pPr>
      <w:r>
        <w:rPr>
          <w:b/>
          <w:sz w:val="40"/>
        </w:rPr>
        <w:t>Araz Khederian</w:t>
      </w:r>
    </w:p>
    <w:p w14:paraId="36227918" w14:textId="77777777" w:rsidR="00B90C6A" w:rsidRDefault="00000000">
      <w:pPr>
        <w:jc w:val="center"/>
      </w:pPr>
      <w:r>
        <w:rPr>
          <w:b/>
        </w:rPr>
        <w:t>Saleswoman CV</w:t>
      </w:r>
    </w:p>
    <w:p w14:paraId="638C6FDF" w14:textId="77777777" w:rsidR="00B90C6A" w:rsidRDefault="00000000">
      <w:pPr>
        <w:jc w:val="center"/>
      </w:pPr>
      <w:r>
        <w:t>Beirut, Lebanon | +961 70 491 506 | arazkhadarian@gmail.com</w:t>
      </w:r>
    </w:p>
    <w:p w14:paraId="1DACBC45" w14:textId="77777777" w:rsidR="00B90C6A" w:rsidRDefault="00000000">
      <w:pPr>
        <w:pStyle w:val="Heading1"/>
      </w:pPr>
      <w:r>
        <w:t>Professional Summary</w:t>
      </w:r>
    </w:p>
    <w:p w14:paraId="06BF5905" w14:textId="77777777" w:rsidR="00B90C6A" w:rsidRDefault="00000000">
      <w:r>
        <w:t>Motivated and friendly sales-oriented professional seeking a Saleswoman position. Strong communication and customer service skills with the ability to understand customer needs, recommend products, and create a positive shopping experience. Quick learner, organized, and comfortable working in fast-paced environments while maintaining professionalism and excellent customer relations.</w:t>
      </w:r>
    </w:p>
    <w:p w14:paraId="75C6BFE6" w14:textId="77777777" w:rsidR="00B90C6A" w:rsidRDefault="00000000">
      <w:pPr>
        <w:pStyle w:val="Heading1"/>
      </w:pPr>
      <w:r>
        <w:t>Core Skills</w:t>
      </w:r>
    </w:p>
    <w:p w14:paraId="64BCC567" w14:textId="77777777" w:rsidR="00B90C6A" w:rsidRDefault="00000000">
      <w:pPr>
        <w:pStyle w:val="ListBullet"/>
      </w:pPr>
      <w:r>
        <w:t>Customer service and client assistance</w:t>
      </w:r>
    </w:p>
    <w:p w14:paraId="38EDDB28" w14:textId="77777777" w:rsidR="00B90C6A" w:rsidRDefault="00000000">
      <w:pPr>
        <w:pStyle w:val="ListBullet"/>
      </w:pPr>
      <w:r>
        <w:t>Product recommendation and upselling</w:t>
      </w:r>
    </w:p>
    <w:p w14:paraId="17FD6619" w14:textId="77777777" w:rsidR="00B90C6A" w:rsidRDefault="00000000">
      <w:pPr>
        <w:pStyle w:val="ListBullet"/>
      </w:pPr>
      <w:r>
        <w:t>Sales communication and persuasion</w:t>
      </w:r>
    </w:p>
    <w:p w14:paraId="6F429B61" w14:textId="77777777" w:rsidR="00B90C6A" w:rsidRDefault="00000000">
      <w:pPr>
        <w:pStyle w:val="ListBullet"/>
      </w:pPr>
      <w:r>
        <w:t>Cash handling and basic computer skills</w:t>
      </w:r>
    </w:p>
    <w:p w14:paraId="694FD152" w14:textId="77777777" w:rsidR="00B90C6A" w:rsidRDefault="00000000">
      <w:pPr>
        <w:pStyle w:val="ListBullet"/>
      </w:pPr>
      <w:r>
        <w:t>Teamwork and multitasking</w:t>
      </w:r>
    </w:p>
    <w:p w14:paraId="361E2502" w14:textId="77777777" w:rsidR="00B90C6A" w:rsidRDefault="00000000">
      <w:pPr>
        <w:pStyle w:val="ListBullet"/>
      </w:pPr>
      <w:r>
        <w:t>Problem-solving and conflict resolution</w:t>
      </w:r>
    </w:p>
    <w:p w14:paraId="3D7E9EFC" w14:textId="09EC6556" w:rsidR="00B90C6A" w:rsidRDefault="00000000">
      <w:pPr>
        <w:pStyle w:val="ListBullet"/>
      </w:pPr>
      <w:r>
        <w:t>Microsoft Office (Word,</w:t>
      </w:r>
      <w:r w:rsidR="009353ED">
        <w:t xml:space="preserve"> Powerpoint</w:t>
      </w:r>
      <w:r>
        <w:t>)</w:t>
      </w:r>
    </w:p>
    <w:p w14:paraId="3DA5FA8B" w14:textId="77777777" w:rsidR="00B90C6A" w:rsidRDefault="00000000">
      <w:pPr>
        <w:pStyle w:val="ListBullet"/>
      </w:pPr>
      <w:r>
        <w:t>Social media and email communication</w:t>
      </w:r>
    </w:p>
    <w:p w14:paraId="23898DE6" w14:textId="77777777" w:rsidR="00B90C6A" w:rsidRDefault="00000000">
      <w:pPr>
        <w:pStyle w:val="Heading1"/>
      </w:pPr>
      <w:r>
        <w:t>Education</w:t>
      </w:r>
    </w:p>
    <w:p w14:paraId="6F157D81" w14:textId="228B0C85" w:rsidR="00B90C6A" w:rsidRDefault="009353ED">
      <w:pPr>
        <w:pStyle w:val="ListBullet"/>
      </w:pPr>
      <w:r>
        <w:t xml:space="preserve">BA </w:t>
      </w:r>
      <w:r w:rsidR="00000000">
        <w:t>in Hospitality Management – Haigazian University, Beirut, Lebanon (Expected Graduation: 2028)</w:t>
      </w:r>
    </w:p>
    <w:p w14:paraId="267CAC9C" w14:textId="30C9AD0D" w:rsidR="00B90C6A" w:rsidRDefault="00000000">
      <w:pPr>
        <w:pStyle w:val="ListBullet"/>
      </w:pPr>
      <w:r>
        <w:t xml:space="preserve">French Baccalaureate (High School Diploma) – Melankton and Haig Arslanian Djemaran, </w:t>
      </w:r>
      <w:r w:rsidR="009353ED">
        <w:t>Antelias, Mount Lebanon</w:t>
      </w:r>
      <w:r>
        <w:t>, Lebanon</w:t>
      </w:r>
    </w:p>
    <w:p w14:paraId="6A84713A" w14:textId="77777777" w:rsidR="00B90C6A" w:rsidRDefault="00000000">
      <w:pPr>
        <w:pStyle w:val="Heading1"/>
      </w:pPr>
      <w:r>
        <w:t>Languages</w:t>
      </w:r>
    </w:p>
    <w:p w14:paraId="75F8AF6F" w14:textId="77777777" w:rsidR="00B90C6A" w:rsidRDefault="00000000">
      <w:pPr>
        <w:pStyle w:val="ListBullet"/>
      </w:pPr>
      <w:r>
        <w:t>Armenian — Native</w:t>
      </w:r>
    </w:p>
    <w:p w14:paraId="606F2EB5" w14:textId="77777777" w:rsidR="00B90C6A" w:rsidRDefault="00000000">
      <w:pPr>
        <w:pStyle w:val="ListBullet"/>
      </w:pPr>
      <w:r>
        <w:t>English — Fluent</w:t>
      </w:r>
    </w:p>
    <w:p w14:paraId="245FB97C" w14:textId="77777777" w:rsidR="00B90C6A" w:rsidRDefault="00000000">
      <w:pPr>
        <w:pStyle w:val="ListBullet"/>
      </w:pPr>
      <w:r>
        <w:t>French — Fluent</w:t>
      </w:r>
    </w:p>
    <w:p w14:paraId="075B9AD3" w14:textId="77777777" w:rsidR="00B90C6A" w:rsidRDefault="00000000">
      <w:pPr>
        <w:pStyle w:val="ListBullet"/>
      </w:pPr>
      <w:r>
        <w:t>Arabic — Basic</w:t>
      </w:r>
    </w:p>
    <w:p w14:paraId="604F3CC9" w14:textId="77777777" w:rsidR="00B90C6A" w:rsidRDefault="00000000">
      <w:pPr>
        <w:pStyle w:val="Heading1"/>
      </w:pPr>
      <w:r>
        <w:t>Personal Strengths</w:t>
      </w:r>
    </w:p>
    <w:p w14:paraId="5ADBC455" w14:textId="77777777" w:rsidR="00B90C6A" w:rsidRDefault="00000000">
      <w:pPr>
        <w:pStyle w:val="ListBullet"/>
      </w:pPr>
      <w:r>
        <w:t>Friendly and approachable personality</w:t>
      </w:r>
    </w:p>
    <w:p w14:paraId="14EFA460" w14:textId="77777777" w:rsidR="00B90C6A" w:rsidRDefault="00000000">
      <w:pPr>
        <w:pStyle w:val="ListBullet"/>
      </w:pPr>
      <w:r>
        <w:t>Reliable and punctual</w:t>
      </w:r>
    </w:p>
    <w:p w14:paraId="4881C27A" w14:textId="77777777" w:rsidR="00B90C6A" w:rsidRDefault="00000000">
      <w:pPr>
        <w:pStyle w:val="ListBullet"/>
      </w:pPr>
      <w:r>
        <w:lastRenderedPageBreak/>
        <w:t>Fast learner and adaptable</w:t>
      </w:r>
    </w:p>
    <w:p w14:paraId="0E1EF056" w14:textId="77777777" w:rsidR="00B90C6A" w:rsidRDefault="00000000">
      <w:pPr>
        <w:pStyle w:val="ListBullet"/>
      </w:pPr>
      <w:r>
        <w:t>Excellent teamwork skills</w:t>
      </w:r>
    </w:p>
    <w:p w14:paraId="53F6C0A6" w14:textId="77777777" w:rsidR="00B90C6A" w:rsidRDefault="00000000">
      <w:pPr>
        <w:pStyle w:val="Heading1"/>
      </w:pPr>
      <w:r>
        <w:t>Availability</w:t>
      </w:r>
    </w:p>
    <w:p w14:paraId="3C497CFE" w14:textId="77777777" w:rsidR="00B90C6A" w:rsidRDefault="00000000">
      <w:pPr>
        <w:pStyle w:val="ListBullet"/>
      </w:pPr>
      <w:r>
        <w:t>Ready to start immediately</w:t>
      </w:r>
    </w:p>
    <w:p w14:paraId="23C17CC6" w14:textId="77777777" w:rsidR="00B90C6A" w:rsidRDefault="00000000">
      <w:pPr>
        <w:pStyle w:val="ListBullet"/>
      </w:pPr>
      <w:r>
        <w:t>Available to work in Beirut and nearby areas</w:t>
      </w:r>
    </w:p>
    <w:p w14:paraId="50DC6E07" w14:textId="77777777" w:rsidR="00B90C6A" w:rsidRDefault="00000000">
      <w:pPr>
        <w:pStyle w:val="Heading1"/>
      </w:pPr>
      <w:r>
        <w:t>References</w:t>
      </w:r>
    </w:p>
    <w:p w14:paraId="3375E1EE" w14:textId="77777777" w:rsidR="00B90C6A" w:rsidRDefault="00000000">
      <w:r>
        <w:t>Available upon request.</w:t>
      </w:r>
    </w:p>
    <w:sectPr w:rsidR="00B90C6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83118552">
    <w:abstractNumId w:val="8"/>
  </w:num>
  <w:num w:numId="2" w16cid:durableId="538052532">
    <w:abstractNumId w:val="6"/>
  </w:num>
  <w:num w:numId="3" w16cid:durableId="380591822">
    <w:abstractNumId w:val="5"/>
  </w:num>
  <w:num w:numId="4" w16cid:durableId="1976449229">
    <w:abstractNumId w:val="4"/>
  </w:num>
  <w:num w:numId="5" w16cid:durableId="152599497">
    <w:abstractNumId w:val="7"/>
  </w:num>
  <w:num w:numId="6" w16cid:durableId="1948653984">
    <w:abstractNumId w:val="3"/>
  </w:num>
  <w:num w:numId="7" w16cid:durableId="622925024">
    <w:abstractNumId w:val="2"/>
  </w:num>
  <w:num w:numId="8" w16cid:durableId="1132820928">
    <w:abstractNumId w:val="1"/>
  </w:num>
  <w:num w:numId="9" w16cid:durableId="241062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9353ED"/>
    <w:rsid w:val="00AA1D8D"/>
    <w:rsid w:val="00B47730"/>
    <w:rsid w:val="00B90C6A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88B8BBA"/>
  <w14:defaultImageDpi w14:val="300"/>
  <w15:docId w15:val="{C0E0B917-02D6-46DB-BB72-79CD0E415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Araz khederian</cp:lastModifiedBy>
  <cp:revision>3</cp:revision>
  <dcterms:created xsi:type="dcterms:W3CDTF">2013-12-23T23:15:00Z</dcterms:created>
  <dcterms:modified xsi:type="dcterms:W3CDTF">2026-05-25T09:15:00Z</dcterms:modified>
  <cp:category/>
</cp:coreProperties>
</file>