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5312" w14:textId="441690DF" w:rsidR="00D2082F" w:rsidRDefault="00D2082F" w:rsidP="00D2082F">
      <w:pPr>
        <w:pStyle w:val="ListBullet"/>
        <w:numPr>
          <w:ilvl w:val="0"/>
          <w:numId w:val="0"/>
        </w:numPr>
        <w:ind w:left="360"/>
      </w:pPr>
    </w:p>
    <w:p w14:paraId="3CFB4CAE" w14:textId="77777777" w:rsidR="00513B87" w:rsidRDefault="00513B87" w:rsidP="008577D4">
      <w:pPr>
        <w:pStyle w:val="Heading1"/>
        <w:rPr>
          <w:u w:val="single"/>
        </w:rPr>
      </w:pPr>
      <w:proofErr w:type="spellStart"/>
      <w:r>
        <w:rPr>
          <w:u w:val="single"/>
        </w:rPr>
        <w:t>Batoul</w:t>
      </w:r>
      <w:proofErr w:type="spellEnd"/>
      <w:r>
        <w:rPr>
          <w:u w:val="single"/>
        </w:rPr>
        <w:t xml:space="preserve"> Ismail</w:t>
      </w:r>
    </w:p>
    <w:p w14:paraId="0FB97EDD" w14:textId="77777777" w:rsidR="00513B87" w:rsidRDefault="00513B87" w:rsidP="00513B87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D"/>
          </mc:Choice>
          <mc:Fallback>
            <w:t>📍</w:t>
          </mc:Fallback>
        </mc:AlternateContent>
      </w:r>
      <w:r>
        <w:t xml:space="preserve"> Beirut, Lebanon</w:t>
      </w:r>
    </w:p>
    <w:p w14:paraId="5A449AFB" w14:textId="77777777" w:rsidR="00513B87" w:rsidRDefault="00513B87" w:rsidP="00513B87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>
        <w:t xml:space="preserve"> +961 [71329061]</w:t>
      </w:r>
    </w:p>
    <w:p w14:paraId="25D82C64" w14:textId="5D3AC9F8" w:rsidR="00F56BE5" w:rsidRDefault="00F56BE5" w:rsidP="00513B87">
      <w:r>
        <w:t xml:space="preserve">🪪 Nationality: Lebanese – DOB: </w:t>
      </w:r>
      <w:r w:rsidR="000C3036">
        <w:t>25</w:t>
      </w:r>
      <w:r>
        <w:t>/0</w:t>
      </w:r>
      <w:r w:rsidR="000C3036">
        <w:t>7</w:t>
      </w:r>
      <w:r>
        <w:t>/2004</w:t>
      </w:r>
    </w:p>
    <w:p w14:paraId="14FA7FF4" w14:textId="667D56FB" w:rsidR="00513B87" w:rsidRDefault="00513B87" w:rsidP="00513B87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E7"/>
          </mc:Choice>
          <mc:Fallback>
            <w:t>📧</w:t>
          </mc:Fallback>
        </mc:AlternateContent>
      </w:r>
      <w:r>
        <w:t xml:space="preserve"> </w:t>
      </w:r>
      <w:hyperlink r:id="rId6" w:history="1">
        <w:r w:rsidRPr="007100D6">
          <w:rPr>
            <w:rStyle w:val="Hyperlink"/>
          </w:rPr>
          <w:t>batoulismail290@gmail.com</w:t>
        </w:r>
      </w:hyperlink>
    </w:p>
    <w:p w14:paraId="690B7547" w14:textId="77777777" w:rsidR="00513B87" w:rsidRPr="00914750" w:rsidRDefault="00513B87" w:rsidP="00513B87">
      <w:pPr>
        <w:rPr>
          <w:b/>
          <w:bCs/>
          <w:i/>
          <w:iCs/>
          <w:color w:val="4F81BD" w:themeColor="accent1"/>
          <w:sz w:val="28"/>
          <w:szCs w:val="28"/>
          <w:u w:val="single"/>
        </w:rPr>
      </w:pPr>
      <w:r w:rsidRPr="00914750">
        <w:rPr>
          <w:b/>
          <w:bCs/>
          <w:i/>
          <w:iCs/>
          <w:color w:val="4F81BD" w:themeColor="accent1"/>
          <w:sz w:val="28"/>
          <w:szCs w:val="28"/>
          <w:highlight w:val="yellow"/>
          <w:u w:val="single"/>
        </w:rPr>
        <w:t>EDUCATION</w:t>
      </w:r>
    </w:p>
    <w:p w14:paraId="779F0320" w14:textId="77777777" w:rsidR="00513B87" w:rsidRDefault="00513B87" w:rsidP="004336EC">
      <w:pPr>
        <w:pStyle w:val="ListParagraph"/>
        <w:numPr>
          <w:ilvl w:val="0"/>
          <w:numId w:val="10"/>
        </w:numPr>
      </w:pPr>
      <w:r>
        <w:t>Learned one semester in LU university IN faculty of Business</w:t>
      </w:r>
    </w:p>
    <w:p w14:paraId="2A47D6C4" w14:textId="77777777" w:rsidR="00513B87" w:rsidRDefault="00513B87" w:rsidP="004336EC">
      <w:pPr>
        <w:pStyle w:val="ListParagraph"/>
        <w:numPr>
          <w:ilvl w:val="0"/>
          <w:numId w:val="10"/>
        </w:numPr>
      </w:pPr>
      <w:r>
        <w:t>Lebanese International University (LIU) – Beirut, Lebanon</w:t>
      </w:r>
    </w:p>
    <w:p w14:paraId="2106E583" w14:textId="77777777" w:rsidR="00513B87" w:rsidRDefault="00513B87" w:rsidP="004336EC">
      <w:pPr>
        <w:pStyle w:val="ListParagraph"/>
        <w:numPr>
          <w:ilvl w:val="0"/>
          <w:numId w:val="10"/>
        </w:numPr>
      </w:pPr>
      <w:r>
        <w:t>Bachelor of Science in Computer Science</w:t>
      </w:r>
    </w:p>
    <w:p w14:paraId="4500EAD1" w14:textId="3653E06F" w:rsidR="004336EC" w:rsidRDefault="00513B87" w:rsidP="004336EC">
      <w:pPr>
        <w:pStyle w:val="ListParagraph"/>
        <w:numPr>
          <w:ilvl w:val="0"/>
          <w:numId w:val="10"/>
        </w:numPr>
      </w:pPr>
      <w:r>
        <w:t>Expected Graduation: [ 2028]</w:t>
      </w:r>
      <w:r w:rsidR="004336EC">
        <w:t xml:space="preserve"> </w:t>
      </w:r>
    </w:p>
    <w:p w14:paraId="2487D919" w14:textId="7A0C2666" w:rsidR="00513B87" w:rsidRDefault="00513B87" w:rsidP="004336EC">
      <w:pPr>
        <w:pStyle w:val="ListParagraph"/>
        <w:numPr>
          <w:ilvl w:val="1"/>
          <w:numId w:val="10"/>
        </w:numPr>
      </w:pPr>
      <w:r>
        <w:t xml:space="preserve">Currently in </w:t>
      </w:r>
      <w:r w:rsidR="00FD04B8">
        <w:t xml:space="preserve">second </w:t>
      </w:r>
      <w:r>
        <w:t xml:space="preserve"> year of study, building a strong foundation in programming and computational thinking.</w:t>
      </w:r>
    </w:p>
    <w:p w14:paraId="378E0F19" w14:textId="77777777" w:rsidR="009A7710" w:rsidRPr="008B2513" w:rsidRDefault="009A7710" w:rsidP="00BF5AF8">
      <w:pPr>
        <w:ind w:left="720"/>
        <w:rPr>
          <w:b/>
          <w:bCs/>
          <w:i/>
          <w:iCs/>
          <w:color w:val="4F81BD" w:themeColor="accent1"/>
          <w:sz w:val="28"/>
          <w:szCs w:val="28"/>
        </w:rPr>
      </w:pPr>
      <w:r w:rsidRPr="008B2513">
        <w:rPr>
          <w:b/>
          <w:bCs/>
          <w:i/>
          <w:iCs/>
          <w:color w:val="4F81BD" w:themeColor="accent1"/>
          <w:sz w:val="28"/>
          <w:szCs w:val="28"/>
          <w:highlight w:val="yellow"/>
        </w:rPr>
        <w:t>Languages</w:t>
      </w:r>
    </w:p>
    <w:p w14:paraId="1875421F" w14:textId="1EBC4312" w:rsidR="009A7710" w:rsidRDefault="009A7710" w:rsidP="00BF5AF8">
      <w:pPr>
        <w:pStyle w:val="ListParagraph"/>
        <w:numPr>
          <w:ilvl w:val="1"/>
          <w:numId w:val="11"/>
        </w:numPr>
      </w:pPr>
      <w:r>
        <w:t>Arabic: Native</w:t>
      </w:r>
    </w:p>
    <w:p w14:paraId="7F777298" w14:textId="7F6FEE1A" w:rsidR="009A7710" w:rsidRDefault="009A7710" w:rsidP="00BF5AF8">
      <w:pPr>
        <w:pStyle w:val="ListParagraph"/>
        <w:numPr>
          <w:ilvl w:val="1"/>
          <w:numId w:val="11"/>
        </w:numPr>
      </w:pPr>
      <w:r>
        <w:t>English: Excellent</w:t>
      </w:r>
    </w:p>
    <w:p w14:paraId="614940F7" w14:textId="635F9B92" w:rsidR="009A7710" w:rsidRDefault="009A7710" w:rsidP="00BF5AF8">
      <w:pPr>
        <w:pStyle w:val="ListParagraph"/>
        <w:numPr>
          <w:ilvl w:val="1"/>
          <w:numId w:val="11"/>
        </w:numPr>
      </w:pPr>
      <w:r>
        <w:t>French: educated in school</w:t>
      </w:r>
    </w:p>
    <w:p w14:paraId="524E3E63" w14:textId="17EAD7FA" w:rsidR="009A7710" w:rsidRDefault="009A7710" w:rsidP="00BF5AF8">
      <w:pPr>
        <w:pStyle w:val="ListParagraph"/>
        <w:numPr>
          <w:ilvl w:val="1"/>
          <w:numId w:val="11"/>
        </w:numPr>
      </w:pPr>
      <w:proofErr w:type="spellStart"/>
      <w:r>
        <w:t>korean</w:t>
      </w:r>
      <w:proofErr w:type="spellEnd"/>
      <w:r>
        <w:t>: beginner</w:t>
      </w:r>
    </w:p>
    <w:p w14:paraId="0AA0575F" w14:textId="77777777" w:rsidR="00513B87" w:rsidRPr="00914750" w:rsidRDefault="00513B87" w:rsidP="00513B87">
      <w:pPr>
        <w:rPr>
          <w:b/>
          <w:bCs/>
          <w:color w:val="4F81BD" w:themeColor="accent1"/>
          <w:sz w:val="28"/>
          <w:szCs w:val="28"/>
        </w:rPr>
      </w:pPr>
      <w:r w:rsidRPr="00914750">
        <w:rPr>
          <w:b/>
          <w:bCs/>
          <w:color w:val="4F81BD" w:themeColor="accent1"/>
          <w:sz w:val="28"/>
          <w:szCs w:val="28"/>
          <w:highlight w:val="yellow"/>
        </w:rPr>
        <w:t>COURSES &amp; CERTIFICATIONS</w:t>
      </w:r>
    </w:p>
    <w:p w14:paraId="44448F55" w14:textId="001BE9C0" w:rsidR="00513B87" w:rsidRDefault="00513B87" w:rsidP="00417DC0">
      <w:pPr>
        <w:pStyle w:val="ListParagraph"/>
        <w:numPr>
          <w:ilvl w:val="0"/>
          <w:numId w:val="12"/>
        </w:numPr>
      </w:pPr>
      <w:r>
        <w:t xml:space="preserve">English Language Course IN LU UNIVERSITY </w:t>
      </w:r>
    </w:p>
    <w:p w14:paraId="153B9616" w14:textId="77777777" w:rsidR="00513B87" w:rsidRDefault="00513B87" w:rsidP="00417DC0">
      <w:pPr>
        <w:pStyle w:val="ListParagraph"/>
        <w:numPr>
          <w:ilvl w:val="0"/>
          <w:numId w:val="12"/>
        </w:numPr>
      </w:pPr>
      <w:r>
        <w:t xml:space="preserve">Completed [2023] </w:t>
      </w:r>
    </w:p>
    <w:p w14:paraId="29F9742E" w14:textId="3D13244E" w:rsidR="00513B87" w:rsidRDefault="00513B87" w:rsidP="00417DC0">
      <w:pPr>
        <w:pStyle w:val="ListParagraph"/>
        <w:numPr>
          <w:ilvl w:val="0"/>
          <w:numId w:val="12"/>
        </w:numPr>
      </w:pPr>
      <w:r>
        <w:t>Bachelor certification in 2022</w:t>
      </w:r>
    </w:p>
    <w:p w14:paraId="61EAC64D" w14:textId="4095CF18" w:rsidR="00513B87" w:rsidRDefault="00513B87" w:rsidP="00417DC0">
      <w:pPr>
        <w:pStyle w:val="ListParagraph"/>
        <w:numPr>
          <w:ilvl w:val="0"/>
          <w:numId w:val="12"/>
        </w:numPr>
      </w:pPr>
      <w:r>
        <w:t>Developed strong communication skills in academic and professional contexts.</w:t>
      </w:r>
    </w:p>
    <w:p w14:paraId="06C65DA7" w14:textId="77777777" w:rsidR="00513B87" w:rsidRPr="00914750" w:rsidRDefault="00513B87" w:rsidP="00A50293">
      <w:pPr>
        <w:pStyle w:val="ListParagraph"/>
        <w:rPr>
          <w:b/>
          <w:bCs/>
          <w:i/>
          <w:iCs/>
          <w:color w:val="4F81BD" w:themeColor="accent1"/>
          <w:sz w:val="32"/>
          <w:szCs w:val="32"/>
          <w:highlight w:val="yellow"/>
        </w:rPr>
      </w:pPr>
      <w:r w:rsidRPr="00914750">
        <w:rPr>
          <w:b/>
          <w:bCs/>
          <w:i/>
          <w:iCs/>
          <w:color w:val="4F81BD" w:themeColor="accent1"/>
          <w:sz w:val="32"/>
          <w:szCs w:val="32"/>
          <w:highlight w:val="yellow"/>
        </w:rPr>
        <w:t>SKILLS</w:t>
      </w:r>
    </w:p>
    <w:p w14:paraId="030395CE" w14:textId="3A9A866A" w:rsidR="00513B87" w:rsidRDefault="00513B87" w:rsidP="00417DC0">
      <w:pPr>
        <w:pStyle w:val="ListParagraph"/>
        <w:numPr>
          <w:ilvl w:val="0"/>
          <w:numId w:val="12"/>
        </w:numPr>
      </w:pPr>
      <w:r>
        <w:t xml:space="preserve">Programming Languages: </w:t>
      </w:r>
      <w:r w:rsidR="00803139">
        <w:t xml:space="preserve">learned java </w:t>
      </w:r>
      <w:r w:rsidR="007F2A22">
        <w:t>,data base ..</w:t>
      </w:r>
    </w:p>
    <w:p w14:paraId="3B96B3E9" w14:textId="4349E047" w:rsidR="00513B87" w:rsidRDefault="00513B87" w:rsidP="00417DC0">
      <w:pPr>
        <w:pStyle w:val="ListParagraph"/>
        <w:numPr>
          <w:ilvl w:val="0"/>
          <w:numId w:val="12"/>
        </w:numPr>
      </w:pPr>
      <w:r>
        <w:t>Tools: Microsoft Office (Word, Excel, PowerPoint)</w:t>
      </w:r>
    </w:p>
    <w:p w14:paraId="1F80D4B4" w14:textId="68315521" w:rsidR="00513B87" w:rsidRDefault="00513B87" w:rsidP="0020687B">
      <w:pPr>
        <w:pStyle w:val="ListParagraph"/>
      </w:pPr>
    </w:p>
    <w:p w14:paraId="2C6CCCD1" w14:textId="77777777" w:rsidR="00513B87" w:rsidRPr="00914750" w:rsidRDefault="00513B87" w:rsidP="00513B87">
      <w:pPr>
        <w:rPr>
          <w:b/>
          <w:bCs/>
          <w:i/>
          <w:iCs/>
          <w:color w:val="4F81BD" w:themeColor="accent1"/>
          <w:sz w:val="28"/>
          <w:szCs w:val="28"/>
          <w:u w:val="single"/>
        </w:rPr>
      </w:pPr>
      <w:r w:rsidRPr="00914750">
        <w:rPr>
          <w:b/>
          <w:bCs/>
          <w:i/>
          <w:iCs/>
          <w:color w:val="4F81BD" w:themeColor="accent1"/>
          <w:sz w:val="28"/>
          <w:szCs w:val="28"/>
          <w:highlight w:val="yellow"/>
          <w:u w:val="single"/>
        </w:rPr>
        <w:t>EXTRACURRICULAR ACTIVITIES</w:t>
      </w:r>
    </w:p>
    <w:p w14:paraId="64FA3614" w14:textId="0BD43B58" w:rsidR="00513B87" w:rsidRDefault="00513B87" w:rsidP="00417DC0">
      <w:pPr>
        <w:pStyle w:val="ListParagraph"/>
        <w:numPr>
          <w:ilvl w:val="0"/>
          <w:numId w:val="13"/>
        </w:numPr>
      </w:pPr>
      <w:r>
        <w:t>Active participant in university activities and workshops</w:t>
      </w:r>
    </w:p>
    <w:p w14:paraId="6DF99A65" w14:textId="2AAA8F5F" w:rsidR="00513B87" w:rsidRDefault="00513B87" w:rsidP="00417DC0">
      <w:pPr>
        <w:pStyle w:val="ListParagraph"/>
        <w:numPr>
          <w:ilvl w:val="0"/>
          <w:numId w:val="13"/>
        </w:numPr>
      </w:pPr>
      <w:r>
        <w:t>Enthusiastic about learning new technologies, especially in AI and web development</w:t>
      </w:r>
    </w:p>
    <w:p w14:paraId="1BA4FB92" w14:textId="77777777" w:rsidR="00513B87" w:rsidRPr="008B2513" w:rsidRDefault="00513B87" w:rsidP="004E595F">
      <w:pPr>
        <w:pStyle w:val="ListParagraph"/>
        <w:rPr>
          <w:b/>
          <w:bCs/>
          <w:i/>
          <w:iCs/>
          <w:color w:val="1F497D" w:themeColor="text2"/>
        </w:rPr>
      </w:pPr>
      <w:r w:rsidRPr="008B2513">
        <w:rPr>
          <w:b/>
          <w:bCs/>
          <w:i/>
          <w:iCs/>
          <w:color w:val="1F497D" w:themeColor="text2"/>
          <w:highlight w:val="yellow"/>
        </w:rPr>
        <w:t>INTERESTS</w:t>
      </w:r>
    </w:p>
    <w:p w14:paraId="4A317DE4" w14:textId="77777777" w:rsidR="00931C33" w:rsidRDefault="00513B87" w:rsidP="005E0759">
      <w:pPr>
        <w:pStyle w:val="ListParagraph"/>
        <w:numPr>
          <w:ilvl w:val="0"/>
          <w:numId w:val="17"/>
        </w:numPr>
      </w:pPr>
      <w:r>
        <w:t>Coding, Problem Solving, Artificial Intelligence, Web Design</w:t>
      </w:r>
    </w:p>
    <w:p w14:paraId="2353D2A7" w14:textId="75EE1892" w:rsidR="00513B87" w:rsidRPr="00513B87" w:rsidRDefault="00513B87" w:rsidP="005E0759">
      <w:pPr>
        <w:pStyle w:val="ListParagraph"/>
        <w:numPr>
          <w:ilvl w:val="0"/>
          <w:numId w:val="17"/>
        </w:numPr>
      </w:pPr>
      <w:r>
        <w:t xml:space="preserve">  </w:t>
      </w:r>
      <w:r w:rsidR="00E124CA">
        <w:t>Interest</w:t>
      </w:r>
      <w:r>
        <w:t xml:space="preserve"> in lea</w:t>
      </w:r>
      <w:r w:rsidR="00E1221A">
        <w:t xml:space="preserve">rning new languages </w:t>
      </w:r>
    </w:p>
    <w:p w14:paraId="2D7CB48B" w14:textId="705AB4B0" w:rsidR="004F4ABE" w:rsidRPr="008577D4" w:rsidRDefault="004F4ABE" w:rsidP="008577D4">
      <w:pPr>
        <w:pStyle w:val="Heading1"/>
        <w:rPr>
          <w:u w:val="single"/>
        </w:rPr>
      </w:pPr>
    </w:p>
    <w:sectPr w:rsidR="004F4ABE" w:rsidRPr="008577D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7ECC5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C76C24"/>
    <w:multiLevelType w:val="hybridMultilevel"/>
    <w:tmpl w:val="CE6828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6396E"/>
    <w:multiLevelType w:val="hybridMultilevel"/>
    <w:tmpl w:val="C4F8D81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26082"/>
    <w:multiLevelType w:val="hybridMultilevel"/>
    <w:tmpl w:val="9FF60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CA63C">
      <w:numFmt w:val="bullet"/>
      <w:lvlText w:val="•"/>
      <w:lvlJc w:val="left"/>
      <w:pPr>
        <w:ind w:left="1440" w:hanging="360"/>
      </w:pPr>
      <w:rPr>
        <w:rFonts w:ascii="Calibri" w:eastAsia="Calibr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43A6B"/>
    <w:multiLevelType w:val="hybridMultilevel"/>
    <w:tmpl w:val="A3881558"/>
    <w:lvl w:ilvl="0" w:tplc="988CA63C">
      <w:numFmt w:val="bullet"/>
      <w:lvlText w:val="•"/>
      <w:lvlJc w:val="left"/>
      <w:pPr>
        <w:ind w:left="2160" w:hanging="360"/>
      </w:pPr>
      <w:rPr>
        <w:rFonts w:ascii="Calibri" w:eastAsia="Calibr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4864FC"/>
    <w:multiLevelType w:val="hybridMultilevel"/>
    <w:tmpl w:val="EEA287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A6376"/>
    <w:multiLevelType w:val="hybridMultilevel"/>
    <w:tmpl w:val="81843F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129E1"/>
    <w:multiLevelType w:val="hybridMultilevel"/>
    <w:tmpl w:val="B6962D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65399"/>
    <w:multiLevelType w:val="hybridMultilevel"/>
    <w:tmpl w:val="0F626A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221835">
    <w:abstractNumId w:val="8"/>
  </w:num>
  <w:num w:numId="2" w16cid:durableId="521553771">
    <w:abstractNumId w:val="6"/>
  </w:num>
  <w:num w:numId="3" w16cid:durableId="1777628291">
    <w:abstractNumId w:val="5"/>
  </w:num>
  <w:num w:numId="4" w16cid:durableId="1085296420">
    <w:abstractNumId w:val="4"/>
  </w:num>
  <w:num w:numId="5" w16cid:durableId="2059160886">
    <w:abstractNumId w:val="7"/>
  </w:num>
  <w:num w:numId="6" w16cid:durableId="115368747">
    <w:abstractNumId w:val="3"/>
  </w:num>
  <w:num w:numId="7" w16cid:durableId="1588348038">
    <w:abstractNumId w:val="2"/>
  </w:num>
  <w:num w:numId="8" w16cid:durableId="911623095">
    <w:abstractNumId w:val="1"/>
  </w:num>
  <w:num w:numId="9" w16cid:durableId="1396006247">
    <w:abstractNumId w:val="0"/>
  </w:num>
  <w:num w:numId="10" w16cid:durableId="1357658529">
    <w:abstractNumId w:val="11"/>
  </w:num>
  <w:num w:numId="11" w16cid:durableId="1091661298">
    <w:abstractNumId w:val="12"/>
  </w:num>
  <w:num w:numId="12" w16cid:durableId="1116867878">
    <w:abstractNumId w:val="10"/>
  </w:num>
  <w:num w:numId="13" w16cid:durableId="1435128910">
    <w:abstractNumId w:val="15"/>
  </w:num>
  <w:num w:numId="14" w16cid:durableId="806775741">
    <w:abstractNumId w:val="9"/>
  </w:num>
  <w:num w:numId="15" w16cid:durableId="2036466008">
    <w:abstractNumId w:val="14"/>
  </w:num>
  <w:num w:numId="16" w16cid:durableId="1244024083">
    <w:abstractNumId w:val="16"/>
  </w:num>
  <w:num w:numId="17" w16cid:durableId="16110830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3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036"/>
    <w:rsid w:val="0015074B"/>
    <w:rsid w:val="0020687B"/>
    <w:rsid w:val="0029639D"/>
    <w:rsid w:val="00326F90"/>
    <w:rsid w:val="003F7DC1"/>
    <w:rsid w:val="00406C21"/>
    <w:rsid w:val="00417DC0"/>
    <w:rsid w:val="004336EC"/>
    <w:rsid w:val="004E595F"/>
    <w:rsid w:val="004F4ABE"/>
    <w:rsid w:val="00513B87"/>
    <w:rsid w:val="005B0280"/>
    <w:rsid w:val="005E0759"/>
    <w:rsid w:val="006563F0"/>
    <w:rsid w:val="00692F62"/>
    <w:rsid w:val="0071193C"/>
    <w:rsid w:val="007D0890"/>
    <w:rsid w:val="007F2A22"/>
    <w:rsid w:val="00803139"/>
    <w:rsid w:val="008577D4"/>
    <w:rsid w:val="008B2513"/>
    <w:rsid w:val="00914647"/>
    <w:rsid w:val="00914750"/>
    <w:rsid w:val="00931C33"/>
    <w:rsid w:val="00954AF7"/>
    <w:rsid w:val="009658BB"/>
    <w:rsid w:val="009A7710"/>
    <w:rsid w:val="00A50293"/>
    <w:rsid w:val="00AA1D8D"/>
    <w:rsid w:val="00B47730"/>
    <w:rsid w:val="00B96A00"/>
    <w:rsid w:val="00BF5AF8"/>
    <w:rsid w:val="00CB0664"/>
    <w:rsid w:val="00CB0B74"/>
    <w:rsid w:val="00CC5B7F"/>
    <w:rsid w:val="00D2082F"/>
    <w:rsid w:val="00E1221A"/>
    <w:rsid w:val="00E124CA"/>
    <w:rsid w:val="00E41093"/>
    <w:rsid w:val="00F56BE5"/>
    <w:rsid w:val="00FC693F"/>
    <w:rsid w:val="00FD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0D036B"/>
  <w14:defaultImageDpi w14:val="300"/>
  <w15:docId w15:val="{7D62EE4B-FC15-4E2A-BFB8-C1B668F0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13B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batoulismail290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Batoul Ismail</cp:lastModifiedBy>
  <cp:revision>5</cp:revision>
  <dcterms:created xsi:type="dcterms:W3CDTF">2025-06-04T22:29:00Z</dcterms:created>
  <dcterms:modified xsi:type="dcterms:W3CDTF">2026-06-29T15:46:00Z</dcterms:modified>
  <cp:category/>
</cp:coreProperties>
</file>