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E3AE1" w14:textId="7F5647F3" w:rsidR="00210FFD" w:rsidRPr="004B0CF7" w:rsidRDefault="004B0CF7">
      <w:pPr>
        <w:spacing w:after="40"/>
        <w:rPr>
          <w:sz w:val="28"/>
          <w:szCs w:val="28"/>
        </w:rPr>
      </w:pPr>
      <w:r w:rsidRPr="004B0CF7">
        <w:rPr>
          <w:noProof/>
          <w:sz w:val="28"/>
          <w:szCs w:val="28"/>
        </w:rPr>
        <w:drawing>
          <wp:anchor distT="0" distB="0" distL="114300" distR="114300" simplePos="0" relativeHeight="251660288" behindDoc="0" locked="0" layoutInCell="1" allowOverlap="1" wp14:anchorId="12E3CC78" wp14:editId="6AE95FE6">
            <wp:simplePos x="0" y="0"/>
            <wp:positionH relativeFrom="column">
              <wp:posOffset>4437185</wp:posOffset>
            </wp:positionH>
            <wp:positionV relativeFrom="paragraph">
              <wp:posOffset>-293</wp:posOffset>
            </wp:positionV>
            <wp:extent cx="1043305" cy="1197610"/>
            <wp:effectExtent l="0" t="0" r="4445" b="2540"/>
            <wp:wrapThrough wrapText="bothSides">
              <wp:wrapPolygon edited="0">
                <wp:start x="0" y="0"/>
                <wp:lineTo x="0" y="21302"/>
                <wp:lineTo x="21298" y="21302"/>
                <wp:lineTo x="21298" y="0"/>
                <wp:lineTo x="0" y="0"/>
              </wp:wrapPolygon>
            </wp:wrapThrough>
            <wp:docPr id="1644733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l="7737" t="18572" r="5114" b="6418"/>
                    <a:stretch>
                      <a:fillRect/>
                    </a:stretch>
                  </pic:blipFill>
                  <pic:spPr bwMode="auto">
                    <a:xfrm>
                      <a:off x="0" y="0"/>
                      <a:ext cx="1043305" cy="11976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0CF7">
        <w:rPr>
          <w:b/>
          <w:sz w:val="28"/>
          <w:szCs w:val="28"/>
        </w:rPr>
        <w:t>Ahmad Aoudi</w:t>
      </w:r>
    </w:p>
    <w:p w14:paraId="4D65BDE0" w14:textId="6B52F4B6" w:rsidR="00210FFD" w:rsidRPr="004B0CF7" w:rsidRDefault="009C5407">
      <w:pPr>
        <w:spacing w:after="0"/>
      </w:pPr>
      <w:r w:rsidRPr="004B0CF7">
        <w:t xml:space="preserve">E-mail: </w:t>
      </w:r>
      <w:hyperlink r:id="rId7" w:history="1">
        <w:r w:rsidR="004B0CF7" w:rsidRPr="004B0CF7">
          <w:rPr>
            <w:rStyle w:val="Hyperlink"/>
          </w:rPr>
          <w:t>aoudiahmed005@gmail.com</w:t>
        </w:r>
      </w:hyperlink>
      <w:r w:rsidR="004B0CF7" w:rsidRPr="004B0CF7">
        <w:t xml:space="preserve"> </w:t>
      </w:r>
    </w:p>
    <w:p w14:paraId="53322931" w14:textId="4DF926DC" w:rsidR="00210FFD" w:rsidRPr="004B0CF7" w:rsidRDefault="009C5407" w:rsidP="004B0CF7">
      <w:pPr>
        <w:spacing w:after="0"/>
        <w:rPr>
          <w:sz w:val="20"/>
          <w:szCs w:val="20"/>
        </w:rPr>
      </w:pPr>
      <w:r w:rsidRPr="004B0CF7">
        <w:rPr>
          <w:sz w:val="20"/>
          <w:szCs w:val="20"/>
        </w:rPr>
        <w:t>Mobile: +961-70 375 846</w:t>
      </w:r>
    </w:p>
    <w:p w14:paraId="7DB98DA7" w14:textId="2F372727" w:rsidR="00AC278F" w:rsidRPr="004B0CF7" w:rsidRDefault="009C5407" w:rsidP="00AC278F">
      <w:pPr>
        <w:rPr>
          <w:sz w:val="20"/>
          <w:szCs w:val="20"/>
        </w:rPr>
      </w:pPr>
      <w:r w:rsidRPr="004B0CF7">
        <w:rPr>
          <w:sz w:val="20"/>
          <w:szCs w:val="20"/>
        </w:rPr>
        <w:t xml:space="preserve">Address: Lebanon </w:t>
      </w:r>
      <w:r w:rsidR="00AC278F" w:rsidRPr="004B0CF7">
        <w:rPr>
          <w:sz w:val="20"/>
          <w:szCs w:val="20"/>
        </w:rPr>
        <w:t>–</w:t>
      </w:r>
      <w:r w:rsidRPr="004B0CF7">
        <w:rPr>
          <w:sz w:val="20"/>
          <w:szCs w:val="20"/>
        </w:rPr>
        <w:t xml:space="preserve"> Turkey</w:t>
      </w:r>
    </w:p>
    <w:p w14:paraId="19D26D9C" w14:textId="77777777" w:rsidR="00AC278F" w:rsidRPr="004B0CF7" w:rsidRDefault="00AC278F" w:rsidP="00AC278F">
      <w:pPr>
        <w:rPr>
          <w:sz w:val="20"/>
          <w:szCs w:val="20"/>
        </w:rPr>
      </w:pPr>
    </w:p>
    <w:p w14:paraId="23952280" w14:textId="77777777" w:rsidR="00AC278F" w:rsidRPr="00AC278F" w:rsidRDefault="00AC278F" w:rsidP="00AC278F">
      <w:pPr>
        <w:rPr>
          <w:b/>
          <w:bCs/>
          <w:sz w:val="20"/>
          <w:szCs w:val="20"/>
          <w:u w:val="single"/>
        </w:rPr>
      </w:pPr>
      <w:r w:rsidRPr="00AC278F">
        <w:rPr>
          <w:b/>
          <w:bCs/>
          <w:sz w:val="20"/>
          <w:szCs w:val="20"/>
          <w:u w:val="single"/>
        </w:rPr>
        <w:t>BRIEF</w:t>
      </w:r>
    </w:p>
    <w:p w14:paraId="20E40D61" w14:textId="5B3BB829" w:rsidR="004B0CF7" w:rsidRPr="004B0CF7" w:rsidRDefault="004B0CF7" w:rsidP="004B0CF7">
      <w:pPr>
        <w:rPr>
          <w:b/>
          <w:bCs/>
          <w:sz w:val="20"/>
          <w:szCs w:val="20"/>
        </w:rPr>
      </w:pPr>
      <w:r w:rsidRPr="004B0CF7">
        <w:rPr>
          <w:sz w:val="20"/>
          <w:szCs w:val="20"/>
        </w:rPr>
        <w:t xml:space="preserve">Motivated and detail-oriented software engineering graduate with hands-on experience in IT support, data management, and full-cycle software development. Skilled in C++, Java, Python, and Flutter, with academic and practical exposure to designing scalable web and mobile solutions. Strong interest in developing and </w:t>
      </w:r>
      <w:proofErr w:type="gramStart"/>
      <w:r w:rsidRPr="004B0CF7">
        <w:rPr>
          <w:sz w:val="20"/>
          <w:szCs w:val="20"/>
        </w:rPr>
        <w:t>optimizing</w:t>
      </w:r>
      <w:proofErr w:type="gramEnd"/>
      <w:r w:rsidRPr="004B0CF7">
        <w:rPr>
          <w:sz w:val="20"/>
          <w:szCs w:val="20"/>
        </w:rPr>
        <w:t xml:space="preserve"> recruitment and management software, with a focus on improving user experience and automating workflows. Adept at working in team environments, managing multiple tasks under pressure, and delivering efficient, user-focused digital tools.</w:t>
      </w:r>
    </w:p>
    <w:p w14:paraId="661FD871" w14:textId="3FE0748D" w:rsidR="00210FFD" w:rsidRPr="004B0CF7" w:rsidRDefault="009C5407" w:rsidP="004B0CF7">
      <w:pPr>
        <w:rPr>
          <w:sz w:val="20"/>
          <w:szCs w:val="20"/>
        </w:rPr>
      </w:pPr>
      <w:r w:rsidRPr="004B0CF7">
        <w:rPr>
          <w:b/>
          <w:sz w:val="20"/>
          <w:szCs w:val="20"/>
          <w:u w:val="single"/>
        </w:rPr>
        <w:t>EDUCATION</w:t>
      </w:r>
    </w:p>
    <w:p w14:paraId="6EBF5172" w14:textId="77777777" w:rsidR="00210FFD" w:rsidRPr="004B0CF7" w:rsidRDefault="009C5407">
      <w:pPr>
        <w:spacing w:after="0"/>
        <w:rPr>
          <w:sz w:val="20"/>
          <w:szCs w:val="20"/>
        </w:rPr>
      </w:pPr>
      <w:r w:rsidRPr="004B0CF7">
        <w:rPr>
          <w:sz w:val="20"/>
          <w:szCs w:val="20"/>
        </w:rPr>
        <w:t>Istanbul Aydin University (IAU), Istanbul, Turkey</w:t>
      </w:r>
    </w:p>
    <w:p w14:paraId="3CA47FEB" w14:textId="77777777" w:rsidR="00210FFD" w:rsidRPr="004B0CF7" w:rsidRDefault="009C5407">
      <w:pPr>
        <w:spacing w:after="0"/>
        <w:rPr>
          <w:sz w:val="20"/>
          <w:szCs w:val="20"/>
        </w:rPr>
      </w:pPr>
      <w:r w:rsidRPr="004B0CF7">
        <w:rPr>
          <w:sz w:val="20"/>
          <w:szCs w:val="20"/>
        </w:rPr>
        <w:t>BS in Engineering – Software Engineering</w:t>
      </w:r>
    </w:p>
    <w:p w14:paraId="0DCC3DCE" w14:textId="77777777" w:rsidR="00210FFD" w:rsidRPr="004B0CF7" w:rsidRDefault="009C5407">
      <w:pPr>
        <w:rPr>
          <w:sz w:val="20"/>
          <w:szCs w:val="20"/>
        </w:rPr>
      </w:pPr>
      <w:r w:rsidRPr="004B0CF7">
        <w:rPr>
          <w:sz w:val="20"/>
          <w:szCs w:val="20"/>
        </w:rPr>
        <w:t>Sep 2021 – July 2025</w:t>
      </w:r>
    </w:p>
    <w:p w14:paraId="6F6BBCBC" w14:textId="77777777" w:rsidR="00210FFD" w:rsidRDefault="009C5407">
      <w:pPr>
        <w:spacing w:after="120"/>
        <w:rPr>
          <w:b/>
          <w:sz w:val="20"/>
          <w:szCs w:val="20"/>
          <w:u w:val="single"/>
        </w:rPr>
      </w:pPr>
      <w:r w:rsidRPr="004B0CF7">
        <w:rPr>
          <w:b/>
          <w:sz w:val="20"/>
          <w:szCs w:val="20"/>
          <w:u w:val="single"/>
        </w:rPr>
        <w:t>EXPERIENCE</w:t>
      </w:r>
    </w:p>
    <w:p w14:paraId="1D6E1F7E" w14:textId="47D93DD9" w:rsidR="009C5407" w:rsidRDefault="009C5407" w:rsidP="009C5407">
      <w:pPr>
        <w:spacing w:after="120"/>
        <w:rPr>
          <w:b/>
          <w:sz w:val="20"/>
          <w:szCs w:val="20"/>
        </w:rPr>
      </w:pPr>
      <w:r w:rsidRPr="009C5407">
        <w:rPr>
          <w:b/>
          <w:sz w:val="20"/>
          <w:szCs w:val="20"/>
        </w:rPr>
        <w:t xml:space="preserve">Project </w:t>
      </w:r>
      <w:r w:rsidR="003E1794">
        <w:rPr>
          <w:b/>
          <w:sz w:val="20"/>
          <w:szCs w:val="20"/>
        </w:rPr>
        <w:t>Coordinator</w:t>
      </w:r>
      <w:r w:rsidRPr="009C5407">
        <w:rPr>
          <w:b/>
          <w:sz w:val="20"/>
          <w:szCs w:val="20"/>
        </w:rPr>
        <w:t xml:space="preserve"> – Engineer Elie N. Maalouf Company </w:t>
      </w:r>
      <w:r>
        <w:rPr>
          <w:b/>
          <w:sz w:val="20"/>
          <w:szCs w:val="20"/>
        </w:rPr>
        <w:t xml:space="preserve">                             Aug 2025 – Present </w:t>
      </w:r>
    </w:p>
    <w:p w14:paraId="7EB574E8" w14:textId="474E2F01" w:rsidR="009C5407" w:rsidRPr="009C5407" w:rsidRDefault="009C5407" w:rsidP="009C5407">
      <w:pPr>
        <w:spacing w:after="120"/>
        <w:rPr>
          <w:b/>
          <w:sz w:val="20"/>
          <w:szCs w:val="20"/>
        </w:rPr>
      </w:pPr>
      <w:r w:rsidRPr="004B0CF7">
        <w:rPr>
          <w:sz w:val="20"/>
          <w:szCs w:val="20"/>
        </w:rPr>
        <w:t xml:space="preserve">• </w:t>
      </w:r>
      <w:r w:rsidRPr="009C5407">
        <w:rPr>
          <w:sz w:val="20"/>
          <w:szCs w:val="20"/>
        </w:rPr>
        <w:t>Led and coordinated construction/engineering projects from initiation to completion, ensuring delivery within scope, budget, and deadlines.</w:t>
      </w:r>
    </w:p>
    <w:p w14:paraId="12F84000" w14:textId="24BAEE5B" w:rsidR="009C5407" w:rsidRPr="009C5407" w:rsidRDefault="009C5407" w:rsidP="009C5407">
      <w:pPr>
        <w:spacing w:after="120"/>
        <w:rPr>
          <w:sz w:val="20"/>
          <w:szCs w:val="20"/>
        </w:rPr>
      </w:pPr>
      <w:r w:rsidRPr="004B0CF7">
        <w:rPr>
          <w:sz w:val="20"/>
          <w:szCs w:val="20"/>
        </w:rPr>
        <w:t xml:space="preserve">• </w:t>
      </w:r>
      <w:r w:rsidRPr="009C5407">
        <w:rPr>
          <w:sz w:val="20"/>
          <w:szCs w:val="20"/>
        </w:rPr>
        <w:t>Managed communication between clients, contractors, and suppliers to ensure smooth project execution.</w:t>
      </w:r>
    </w:p>
    <w:p w14:paraId="650FEEF8" w14:textId="5ED74931" w:rsidR="009C5407" w:rsidRPr="009C5407" w:rsidRDefault="009C5407" w:rsidP="009C5407">
      <w:pPr>
        <w:spacing w:after="120"/>
        <w:rPr>
          <w:sz w:val="20"/>
          <w:szCs w:val="20"/>
        </w:rPr>
      </w:pPr>
      <w:r w:rsidRPr="004B0CF7">
        <w:rPr>
          <w:sz w:val="20"/>
          <w:szCs w:val="20"/>
        </w:rPr>
        <w:t xml:space="preserve">• </w:t>
      </w:r>
      <w:r w:rsidRPr="009C5407">
        <w:rPr>
          <w:sz w:val="20"/>
          <w:szCs w:val="20"/>
        </w:rPr>
        <w:t xml:space="preserve">Oversaw daily operations on-site, </w:t>
      </w:r>
      <w:proofErr w:type="gramStart"/>
      <w:r w:rsidRPr="009C5407">
        <w:rPr>
          <w:sz w:val="20"/>
          <w:szCs w:val="20"/>
        </w:rPr>
        <w:t>monitored</w:t>
      </w:r>
      <w:proofErr w:type="gramEnd"/>
      <w:r w:rsidRPr="009C5407">
        <w:rPr>
          <w:sz w:val="20"/>
          <w:szCs w:val="20"/>
        </w:rPr>
        <w:t xml:space="preserve"> progress, and resolved challenges to keep projects on track.</w:t>
      </w:r>
    </w:p>
    <w:p w14:paraId="13345B48" w14:textId="022FECFB" w:rsidR="00210FFD" w:rsidRPr="004B0CF7" w:rsidRDefault="009C5407">
      <w:pPr>
        <w:spacing w:after="0"/>
        <w:rPr>
          <w:sz w:val="20"/>
          <w:szCs w:val="20"/>
        </w:rPr>
      </w:pPr>
      <w:r w:rsidRPr="004B0CF7">
        <w:rPr>
          <w:b/>
          <w:sz w:val="20"/>
          <w:szCs w:val="20"/>
        </w:rPr>
        <w:t>IT Intern - International School Community (</w:t>
      </w:r>
      <w:proofErr w:type="gramStart"/>
      <w:r w:rsidR="00AC278F" w:rsidRPr="004B0CF7">
        <w:rPr>
          <w:b/>
          <w:sz w:val="20"/>
          <w:szCs w:val="20"/>
        </w:rPr>
        <w:t xml:space="preserve">Remote)   </w:t>
      </w:r>
      <w:proofErr w:type="gramEnd"/>
      <w:r w:rsidR="00AC278F" w:rsidRPr="004B0CF7">
        <w:rPr>
          <w:b/>
          <w:sz w:val="20"/>
          <w:szCs w:val="20"/>
        </w:rPr>
        <w:t xml:space="preserve">         </w:t>
      </w:r>
      <w:r w:rsidR="003E1794">
        <w:rPr>
          <w:b/>
          <w:sz w:val="20"/>
          <w:szCs w:val="20"/>
        </w:rPr>
        <w:t xml:space="preserve">      </w:t>
      </w:r>
      <w:r w:rsidR="00AC278F" w:rsidRPr="004B0CF7">
        <w:rPr>
          <w:b/>
          <w:sz w:val="20"/>
          <w:szCs w:val="20"/>
        </w:rPr>
        <w:t xml:space="preserve">                </w:t>
      </w:r>
      <w:r w:rsidRPr="004B0CF7">
        <w:rPr>
          <w:b/>
          <w:sz w:val="20"/>
          <w:szCs w:val="20"/>
        </w:rPr>
        <w:t xml:space="preserve"> July – Aug 2023</w:t>
      </w:r>
    </w:p>
    <w:p w14:paraId="5A9E8AAF" w14:textId="77777777" w:rsidR="00210FFD" w:rsidRPr="004B0CF7" w:rsidRDefault="009C5407">
      <w:pPr>
        <w:rPr>
          <w:sz w:val="20"/>
          <w:szCs w:val="20"/>
        </w:rPr>
      </w:pPr>
      <w:r w:rsidRPr="004B0CF7">
        <w:rPr>
          <w:sz w:val="20"/>
          <w:szCs w:val="20"/>
        </w:rPr>
        <w:t>• Supported the IT department with system updates and troubleshooting minor software issues.</w:t>
      </w:r>
    </w:p>
    <w:p w14:paraId="0F3B37E4" w14:textId="77777777" w:rsidR="00210FFD" w:rsidRPr="004B0CF7" w:rsidRDefault="009C5407">
      <w:pPr>
        <w:rPr>
          <w:sz w:val="20"/>
          <w:szCs w:val="20"/>
        </w:rPr>
      </w:pPr>
      <w:r w:rsidRPr="004B0CF7">
        <w:rPr>
          <w:sz w:val="20"/>
          <w:szCs w:val="20"/>
        </w:rPr>
        <w:t xml:space="preserve">• Helped with </w:t>
      </w:r>
      <w:proofErr w:type="gramStart"/>
      <w:r w:rsidRPr="004B0CF7">
        <w:rPr>
          <w:sz w:val="20"/>
          <w:szCs w:val="20"/>
        </w:rPr>
        <w:t>maintaining</w:t>
      </w:r>
      <w:proofErr w:type="gramEnd"/>
      <w:r w:rsidRPr="004B0CF7">
        <w:rPr>
          <w:sz w:val="20"/>
          <w:szCs w:val="20"/>
        </w:rPr>
        <w:t xml:space="preserve"> internal digital platforms, ensuring smooth communication and workflow.</w:t>
      </w:r>
    </w:p>
    <w:p w14:paraId="6DDBD0E9" w14:textId="77777777" w:rsidR="00210FFD" w:rsidRPr="004B0CF7" w:rsidRDefault="009C5407">
      <w:pPr>
        <w:rPr>
          <w:sz w:val="20"/>
          <w:szCs w:val="20"/>
        </w:rPr>
      </w:pPr>
      <w:r w:rsidRPr="004B0CF7">
        <w:rPr>
          <w:sz w:val="20"/>
          <w:szCs w:val="20"/>
        </w:rPr>
        <w:t>• Provided basic technical support to staff and students.</w:t>
      </w:r>
    </w:p>
    <w:p w14:paraId="24EA657F" w14:textId="737BA78A" w:rsidR="00210FFD" w:rsidRPr="004B0CF7" w:rsidRDefault="009C5407">
      <w:pPr>
        <w:spacing w:after="0"/>
        <w:rPr>
          <w:sz w:val="20"/>
          <w:szCs w:val="20"/>
        </w:rPr>
      </w:pPr>
      <w:r w:rsidRPr="004B0CF7">
        <w:rPr>
          <w:b/>
          <w:sz w:val="20"/>
          <w:szCs w:val="20"/>
        </w:rPr>
        <w:t>Data Entry &amp; Management Assistant - Shifaa Medical Center</w:t>
      </w:r>
      <w:r w:rsidR="00AC278F" w:rsidRPr="004B0CF7">
        <w:rPr>
          <w:b/>
          <w:sz w:val="20"/>
          <w:szCs w:val="20"/>
        </w:rPr>
        <w:t xml:space="preserve">            </w:t>
      </w:r>
      <w:r w:rsidR="003E1794">
        <w:rPr>
          <w:b/>
          <w:sz w:val="20"/>
          <w:szCs w:val="20"/>
        </w:rPr>
        <w:t xml:space="preserve">      </w:t>
      </w:r>
      <w:r w:rsidR="00AC278F" w:rsidRPr="004B0CF7">
        <w:rPr>
          <w:b/>
          <w:sz w:val="20"/>
          <w:szCs w:val="20"/>
        </w:rPr>
        <w:t xml:space="preserve">    </w:t>
      </w:r>
      <w:r w:rsidRPr="004B0CF7">
        <w:rPr>
          <w:b/>
          <w:sz w:val="20"/>
          <w:szCs w:val="20"/>
        </w:rPr>
        <w:t>July – Aug 2024</w:t>
      </w:r>
    </w:p>
    <w:p w14:paraId="4F446D83" w14:textId="77777777" w:rsidR="00210FFD" w:rsidRPr="004B0CF7" w:rsidRDefault="009C5407">
      <w:pPr>
        <w:rPr>
          <w:sz w:val="20"/>
          <w:szCs w:val="20"/>
        </w:rPr>
      </w:pPr>
      <w:r w:rsidRPr="004B0CF7">
        <w:rPr>
          <w:sz w:val="20"/>
          <w:szCs w:val="20"/>
        </w:rPr>
        <w:t>• Entered and organized patient and administrative data into internal databases with high accuracy.</w:t>
      </w:r>
    </w:p>
    <w:p w14:paraId="0F2A1329" w14:textId="77777777" w:rsidR="00210FFD" w:rsidRPr="004B0CF7" w:rsidRDefault="009C5407">
      <w:pPr>
        <w:rPr>
          <w:sz w:val="20"/>
          <w:szCs w:val="20"/>
        </w:rPr>
      </w:pPr>
      <w:r w:rsidRPr="004B0CF7">
        <w:rPr>
          <w:sz w:val="20"/>
          <w:szCs w:val="20"/>
        </w:rPr>
        <w:t>• Supported data validation, archiving, and retrieval, ensuring confidentiality and data protection.</w:t>
      </w:r>
    </w:p>
    <w:p w14:paraId="5C2DB3D4" w14:textId="77777777" w:rsidR="00210FFD" w:rsidRDefault="009C5407">
      <w:pPr>
        <w:rPr>
          <w:sz w:val="20"/>
          <w:szCs w:val="20"/>
        </w:rPr>
      </w:pPr>
      <w:r w:rsidRPr="004B0CF7">
        <w:rPr>
          <w:sz w:val="20"/>
          <w:szCs w:val="20"/>
        </w:rPr>
        <w:t xml:space="preserve">• </w:t>
      </w:r>
      <w:proofErr w:type="gramStart"/>
      <w:r w:rsidRPr="004B0CF7">
        <w:rPr>
          <w:sz w:val="20"/>
          <w:szCs w:val="20"/>
        </w:rPr>
        <w:t>Assisted</w:t>
      </w:r>
      <w:proofErr w:type="gramEnd"/>
      <w:r w:rsidRPr="004B0CF7">
        <w:rPr>
          <w:sz w:val="20"/>
          <w:szCs w:val="20"/>
        </w:rPr>
        <w:t xml:space="preserve"> in organizing electronic records to improve reporting and accessibility.</w:t>
      </w:r>
    </w:p>
    <w:p w14:paraId="1075E0AB" w14:textId="77777777" w:rsidR="009C5407" w:rsidRDefault="009C5407">
      <w:pPr>
        <w:rPr>
          <w:sz w:val="20"/>
          <w:szCs w:val="20"/>
        </w:rPr>
      </w:pPr>
    </w:p>
    <w:p w14:paraId="3E7C41A8" w14:textId="77777777" w:rsidR="009C5407" w:rsidRPr="004B0CF7" w:rsidRDefault="009C5407">
      <w:pPr>
        <w:rPr>
          <w:sz w:val="20"/>
          <w:szCs w:val="20"/>
        </w:rPr>
      </w:pPr>
    </w:p>
    <w:p w14:paraId="513CF6CA" w14:textId="77777777" w:rsidR="004B0CF7" w:rsidRPr="004B0CF7" w:rsidRDefault="004B0CF7" w:rsidP="004B0CF7">
      <w:pPr>
        <w:rPr>
          <w:b/>
          <w:bCs/>
          <w:sz w:val="20"/>
          <w:szCs w:val="20"/>
          <w:u w:val="single"/>
        </w:rPr>
      </w:pPr>
      <w:r w:rsidRPr="004B0CF7">
        <w:rPr>
          <w:b/>
          <w:bCs/>
          <w:sz w:val="20"/>
          <w:szCs w:val="20"/>
          <w:u w:val="single"/>
        </w:rPr>
        <w:lastRenderedPageBreak/>
        <w:t>CERTIFICATE</w:t>
      </w:r>
    </w:p>
    <w:p w14:paraId="2AD479DA" w14:textId="77777777" w:rsidR="004B0CF7" w:rsidRDefault="004B0CF7" w:rsidP="004B0CF7">
      <w:pPr>
        <w:rPr>
          <w:sz w:val="20"/>
          <w:szCs w:val="20"/>
        </w:rPr>
      </w:pPr>
      <w:r w:rsidRPr="004B0CF7">
        <w:rPr>
          <w:sz w:val="20"/>
          <w:szCs w:val="20"/>
        </w:rPr>
        <w:t>Completed the International Technology (IT) Course Training, which included hands-on training in Python programming and practical IT applications. The course is accredited by Bird Accounting Software and delivered by the Practical Accounting Academy, providing both technical and applied knowledge across software tools and programming environments.</w:t>
      </w:r>
    </w:p>
    <w:p w14:paraId="130B8602" w14:textId="085F42F0" w:rsidR="004B0CF7" w:rsidRPr="003E1794" w:rsidRDefault="003E1794" w:rsidP="003E1794">
      <w:pPr>
        <w:rPr>
          <w:rFonts w:cstheme="majorBidi"/>
          <w:sz w:val="20"/>
          <w:szCs w:val="20"/>
        </w:rPr>
      </w:pPr>
      <w:r w:rsidRPr="003E1794">
        <w:rPr>
          <w:rFonts w:cstheme="majorBidi"/>
          <w:sz w:val="20"/>
          <w:szCs w:val="20"/>
        </w:rPr>
        <w:t xml:space="preserve">Completed the course “AI in Project Management” by LinkedIn Learning, covering AI applications </w:t>
      </w:r>
      <w:r>
        <w:rPr>
          <w:rFonts w:cstheme="majorBidi"/>
          <w:sz w:val="20"/>
          <w:szCs w:val="20"/>
        </w:rPr>
        <w:t>in project</w:t>
      </w:r>
      <w:r w:rsidRPr="003E1794">
        <w:rPr>
          <w:rFonts w:cstheme="majorBidi"/>
          <w:sz w:val="20"/>
          <w:szCs w:val="20"/>
        </w:rPr>
        <w:t xml:space="preserve"> planning, workflow automation, and decision-making.</w:t>
      </w:r>
    </w:p>
    <w:p w14:paraId="6058C519" w14:textId="77777777" w:rsidR="00210FFD" w:rsidRPr="004B0CF7" w:rsidRDefault="009C5407">
      <w:pPr>
        <w:spacing w:after="120"/>
        <w:rPr>
          <w:sz w:val="20"/>
          <w:szCs w:val="20"/>
        </w:rPr>
      </w:pPr>
      <w:r w:rsidRPr="004B0CF7">
        <w:rPr>
          <w:b/>
          <w:sz w:val="20"/>
          <w:szCs w:val="20"/>
          <w:u w:val="single"/>
        </w:rPr>
        <w:t>PROJECTS</w:t>
      </w:r>
    </w:p>
    <w:p w14:paraId="488E3E4D" w14:textId="49913B73" w:rsidR="00210FFD" w:rsidRPr="004B0CF7" w:rsidRDefault="009C5407">
      <w:pPr>
        <w:spacing w:after="0"/>
        <w:rPr>
          <w:sz w:val="20"/>
          <w:szCs w:val="20"/>
        </w:rPr>
      </w:pPr>
      <w:r w:rsidRPr="004B0CF7">
        <w:rPr>
          <w:b/>
          <w:sz w:val="20"/>
          <w:szCs w:val="20"/>
        </w:rPr>
        <w:t xml:space="preserve">Senior Project – </w:t>
      </w:r>
      <w:proofErr w:type="spellStart"/>
      <w:r w:rsidRPr="004B0CF7">
        <w:rPr>
          <w:b/>
          <w:sz w:val="20"/>
          <w:szCs w:val="20"/>
        </w:rPr>
        <w:t>FocusMate</w:t>
      </w:r>
      <w:proofErr w:type="spellEnd"/>
      <w:r w:rsidRPr="004B0CF7">
        <w:rPr>
          <w:b/>
          <w:sz w:val="20"/>
          <w:szCs w:val="20"/>
        </w:rPr>
        <w:t>: Smart Task Management App (Oct 2024 – June 2025)</w:t>
      </w:r>
    </w:p>
    <w:p w14:paraId="13F8F13C" w14:textId="77777777" w:rsidR="00210FFD" w:rsidRPr="004B0CF7" w:rsidRDefault="009C5407">
      <w:pPr>
        <w:rPr>
          <w:sz w:val="20"/>
          <w:szCs w:val="20"/>
        </w:rPr>
      </w:pPr>
      <w:r w:rsidRPr="004B0CF7">
        <w:rPr>
          <w:sz w:val="20"/>
          <w:szCs w:val="20"/>
        </w:rPr>
        <w:t>• Designed and developed a cross-platform mobile app using Flutter and Firebase Cloud Messaging (FCM).</w:t>
      </w:r>
    </w:p>
    <w:p w14:paraId="504B356E" w14:textId="77777777" w:rsidR="00210FFD" w:rsidRPr="004B0CF7" w:rsidRDefault="009C5407">
      <w:pPr>
        <w:rPr>
          <w:sz w:val="20"/>
          <w:szCs w:val="20"/>
        </w:rPr>
      </w:pPr>
      <w:r w:rsidRPr="004B0CF7">
        <w:rPr>
          <w:sz w:val="20"/>
          <w:szCs w:val="20"/>
        </w:rPr>
        <w:t>• Implemented MySQL for secure data storage and used cloud hosting for scalability.</w:t>
      </w:r>
    </w:p>
    <w:p w14:paraId="704DA45C" w14:textId="77777777" w:rsidR="00210FFD" w:rsidRPr="004B0CF7" w:rsidRDefault="009C5407">
      <w:pPr>
        <w:rPr>
          <w:sz w:val="20"/>
          <w:szCs w:val="20"/>
        </w:rPr>
      </w:pPr>
      <w:r w:rsidRPr="004B0CF7">
        <w:rPr>
          <w:sz w:val="20"/>
          <w:szCs w:val="20"/>
        </w:rPr>
        <w:t>• Created an intuitive interface with real-time notification support.</w:t>
      </w:r>
    </w:p>
    <w:p w14:paraId="6DA750BC" w14:textId="77777777" w:rsidR="00210FFD" w:rsidRPr="004B0CF7" w:rsidRDefault="009C5407">
      <w:pPr>
        <w:spacing w:after="0"/>
        <w:rPr>
          <w:sz w:val="20"/>
          <w:szCs w:val="20"/>
        </w:rPr>
      </w:pPr>
      <w:r w:rsidRPr="004B0CF7">
        <w:rPr>
          <w:b/>
          <w:sz w:val="20"/>
          <w:szCs w:val="20"/>
        </w:rPr>
        <w:t>Software Requirements Engineering – Management App for Vending Machines (Feb – June 2022)</w:t>
      </w:r>
    </w:p>
    <w:p w14:paraId="46D12B1E" w14:textId="77777777" w:rsidR="00210FFD" w:rsidRPr="004B0CF7" w:rsidRDefault="009C5407">
      <w:pPr>
        <w:rPr>
          <w:sz w:val="20"/>
          <w:szCs w:val="20"/>
        </w:rPr>
      </w:pPr>
      <w:r w:rsidRPr="004B0CF7">
        <w:rPr>
          <w:sz w:val="20"/>
          <w:szCs w:val="20"/>
        </w:rPr>
        <w:t>• Gathered and analyzed user requirements for vending machine systems.</w:t>
      </w:r>
    </w:p>
    <w:p w14:paraId="616FEA40" w14:textId="77777777" w:rsidR="00210FFD" w:rsidRPr="004B0CF7" w:rsidRDefault="009C5407">
      <w:pPr>
        <w:rPr>
          <w:sz w:val="20"/>
          <w:szCs w:val="20"/>
        </w:rPr>
      </w:pPr>
      <w:r w:rsidRPr="004B0CF7">
        <w:rPr>
          <w:sz w:val="20"/>
          <w:szCs w:val="20"/>
        </w:rPr>
        <w:t>• Developed software specification documents and wireframes.</w:t>
      </w:r>
    </w:p>
    <w:p w14:paraId="1D7A769D" w14:textId="77777777" w:rsidR="00210FFD" w:rsidRPr="004B0CF7" w:rsidRDefault="009C5407">
      <w:pPr>
        <w:spacing w:after="0"/>
        <w:rPr>
          <w:sz w:val="20"/>
          <w:szCs w:val="20"/>
        </w:rPr>
      </w:pPr>
      <w:r w:rsidRPr="004B0CF7">
        <w:rPr>
          <w:b/>
          <w:sz w:val="20"/>
          <w:szCs w:val="20"/>
        </w:rPr>
        <w:t>Software Project Management – Tourist Trip Organization Website (Oct 2022 – Jan 2023)</w:t>
      </w:r>
    </w:p>
    <w:p w14:paraId="7E2524F2" w14:textId="77777777" w:rsidR="00210FFD" w:rsidRPr="004B0CF7" w:rsidRDefault="009C5407">
      <w:pPr>
        <w:rPr>
          <w:sz w:val="20"/>
          <w:szCs w:val="20"/>
        </w:rPr>
      </w:pPr>
      <w:r w:rsidRPr="004B0CF7">
        <w:rPr>
          <w:sz w:val="20"/>
          <w:szCs w:val="20"/>
        </w:rPr>
        <w:t>• Built a website to manage and promote tourist trips with scheduling and booking features.</w:t>
      </w:r>
    </w:p>
    <w:p w14:paraId="720755CA" w14:textId="77777777" w:rsidR="00210FFD" w:rsidRPr="004B0CF7" w:rsidRDefault="009C5407">
      <w:pPr>
        <w:spacing w:after="0"/>
        <w:rPr>
          <w:sz w:val="20"/>
          <w:szCs w:val="20"/>
        </w:rPr>
      </w:pPr>
      <w:r w:rsidRPr="004B0CF7">
        <w:rPr>
          <w:b/>
          <w:sz w:val="20"/>
          <w:szCs w:val="20"/>
        </w:rPr>
        <w:t>Renewable Energy Source – Dynamic Solar Panels Using AI (Oct 2023 – Jan 2024)</w:t>
      </w:r>
    </w:p>
    <w:p w14:paraId="1E732C95" w14:textId="77777777" w:rsidR="00210FFD" w:rsidRPr="004B0CF7" w:rsidRDefault="009C5407">
      <w:pPr>
        <w:rPr>
          <w:sz w:val="20"/>
          <w:szCs w:val="20"/>
        </w:rPr>
      </w:pPr>
      <w:r w:rsidRPr="004B0CF7">
        <w:rPr>
          <w:sz w:val="20"/>
          <w:szCs w:val="20"/>
        </w:rPr>
        <w:t xml:space="preserve">• Designed an AI-based system to </w:t>
      </w:r>
      <w:proofErr w:type="gramStart"/>
      <w:r w:rsidRPr="004B0CF7">
        <w:rPr>
          <w:sz w:val="20"/>
          <w:szCs w:val="20"/>
        </w:rPr>
        <w:t>optimize</w:t>
      </w:r>
      <w:proofErr w:type="gramEnd"/>
      <w:r w:rsidRPr="004B0CF7">
        <w:rPr>
          <w:sz w:val="20"/>
          <w:szCs w:val="20"/>
        </w:rPr>
        <w:t xml:space="preserve"> solar panel direction and efficiency.</w:t>
      </w:r>
    </w:p>
    <w:p w14:paraId="43820FE5" w14:textId="77777777" w:rsidR="00210FFD" w:rsidRPr="004B0CF7" w:rsidRDefault="009C5407">
      <w:pPr>
        <w:spacing w:after="0"/>
        <w:rPr>
          <w:sz w:val="20"/>
          <w:szCs w:val="20"/>
        </w:rPr>
      </w:pPr>
      <w:r w:rsidRPr="004B0CF7">
        <w:rPr>
          <w:b/>
          <w:sz w:val="20"/>
          <w:szCs w:val="20"/>
        </w:rPr>
        <w:t>Software Architecture – Online Bookstore Website (Feb – June 2025)</w:t>
      </w:r>
    </w:p>
    <w:p w14:paraId="6FA88DC5" w14:textId="77777777" w:rsidR="00210FFD" w:rsidRPr="004B0CF7" w:rsidRDefault="009C5407">
      <w:pPr>
        <w:rPr>
          <w:sz w:val="20"/>
          <w:szCs w:val="20"/>
        </w:rPr>
      </w:pPr>
      <w:r w:rsidRPr="004B0CF7">
        <w:rPr>
          <w:sz w:val="20"/>
          <w:szCs w:val="20"/>
        </w:rPr>
        <w:t>• Built an e-commerce site with search, filtering, cart, and secure checkout functionality.</w:t>
      </w:r>
    </w:p>
    <w:p w14:paraId="3053A6A5" w14:textId="77777777" w:rsidR="00210FFD" w:rsidRPr="004B0CF7" w:rsidRDefault="009C5407">
      <w:pPr>
        <w:rPr>
          <w:sz w:val="20"/>
          <w:szCs w:val="20"/>
        </w:rPr>
      </w:pPr>
      <w:r w:rsidRPr="004B0CF7">
        <w:rPr>
          <w:sz w:val="20"/>
          <w:szCs w:val="20"/>
        </w:rPr>
        <w:t>• Emphasized modular design and scalability.</w:t>
      </w:r>
    </w:p>
    <w:p w14:paraId="142CC6F6" w14:textId="77777777" w:rsidR="00210FFD" w:rsidRPr="004B0CF7" w:rsidRDefault="009C5407">
      <w:pPr>
        <w:spacing w:after="120"/>
        <w:rPr>
          <w:sz w:val="20"/>
          <w:szCs w:val="20"/>
        </w:rPr>
      </w:pPr>
      <w:r w:rsidRPr="004B0CF7">
        <w:rPr>
          <w:b/>
          <w:sz w:val="20"/>
          <w:szCs w:val="20"/>
          <w:u w:val="single"/>
        </w:rPr>
        <w:t>KEY SKILLS &amp; COMPETENCIES</w:t>
      </w:r>
    </w:p>
    <w:p w14:paraId="14D975A1" w14:textId="77777777" w:rsidR="00210FFD" w:rsidRPr="004B0CF7" w:rsidRDefault="009C5407">
      <w:pPr>
        <w:rPr>
          <w:sz w:val="20"/>
          <w:szCs w:val="20"/>
        </w:rPr>
      </w:pPr>
      <w:r w:rsidRPr="004B0CF7">
        <w:rPr>
          <w:sz w:val="20"/>
          <w:szCs w:val="20"/>
        </w:rPr>
        <w:t>• Programming: C++, C#, Java, Python, Flutter</w:t>
      </w:r>
    </w:p>
    <w:p w14:paraId="7582660B" w14:textId="4B19EBC3" w:rsidR="00210FFD" w:rsidRPr="004B0CF7" w:rsidRDefault="009C5407">
      <w:pPr>
        <w:rPr>
          <w:sz w:val="20"/>
          <w:szCs w:val="20"/>
        </w:rPr>
      </w:pPr>
      <w:r w:rsidRPr="004B0CF7">
        <w:rPr>
          <w:sz w:val="20"/>
          <w:szCs w:val="20"/>
        </w:rPr>
        <w:t>• Tools &amp; Software: Microsoft Office (Word, Excel, PowerPoint), MySQL</w:t>
      </w:r>
    </w:p>
    <w:p w14:paraId="2691BBEB" w14:textId="20C0DC4E" w:rsidR="00210FFD" w:rsidRPr="004B0CF7" w:rsidRDefault="009C5407">
      <w:pPr>
        <w:rPr>
          <w:sz w:val="20"/>
          <w:szCs w:val="20"/>
        </w:rPr>
      </w:pPr>
      <w:r w:rsidRPr="004B0CF7">
        <w:rPr>
          <w:sz w:val="20"/>
          <w:szCs w:val="20"/>
        </w:rPr>
        <w:t>• Languages: Arabic, English, Turkish</w:t>
      </w:r>
    </w:p>
    <w:p w14:paraId="3FE2ED07" w14:textId="77777777" w:rsidR="00210FFD" w:rsidRPr="004B0CF7" w:rsidRDefault="009C5407">
      <w:pPr>
        <w:spacing w:after="120"/>
        <w:rPr>
          <w:sz w:val="20"/>
          <w:szCs w:val="20"/>
        </w:rPr>
      </w:pPr>
      <w:r w:rsidRPr="004B0CF7">
        <w:rPr>
          <w:b/>
          <w:sz w:val="20"/>
          <w:szCs w:val="20"/>
          <w:u w:val="single"/>
        </w:rPr>
        <w:t>Soft Skills</w:t>
      </w:r>
    </w:p>
    <w:p w14:paraId="7FAC0A65" w14:textId="77777777" w:rsidR="00210FFD" w:rsidRPr="004B0CF7" w:rsidRDefault="009C5407">
      <w:pPr>
        <w:rPr>
          <w:sz w:val="20"/>
          <w:szCs w:val="20"/>
        </w:rPr>
      </w:pPr>
      <w:r w:rsidRPr="004B0CF7">
        <w:rPr>
          <w:sz w:val="20"/>
          <w:szCs w:val="20"/>
        </w:rPr>
        <w:t>• Multitasking and Time Management</w:t>
      </w:r>
    </w:p>
    <w:p w14:paraId="0617B144" w14:textId="77777777" w:rsidR="00210FFD" w:rsidRPr="004B0CF7" w:rsidRDefault="009C5407">
      <w:pPr>
        <w:rPr>
          <w:sz w:val="20"/>
          <w:szCs w:val="20"/>
        </w:rPr>
      </w:pPr>
      <w:r w:rsidRPr="004B0CF7">
        <w:rPr>
          <w:sz w:val="20"/>
          <w:szCs w:val="20"/>
        </w:rPr>
        <w:t>• Ability to work under pressure</w:t>
      </w:r>
    </w:p>
    <w:p w14:paraId="55F838D2" w14:textId="59024606" w:rsidR="00210FFD" w:rsidRPr="004B0CF7" w:rsidRDefault="009C5407">
      <w:pPr>
        <w:rPr>
          <w:sz w:val="20"/>
          <w:szCs w:val="20"/>
        </w:rPr>
      </w:pPr>
      <w:r w:rsidRPr="004B0CF7">
        <w:rPr>
          <w:sz w:val="20"/>
          <w:szCs w:val="20"/>
        </w:rPr>
        <w:t xml:space="preserve">• Strong </w:t>
      </w:r>
      <w:r w:rsidR="003E1794">
        <w:rPr>
          <w:sz w:val="20"/>
          <w:szCs w:val="20"/>
        </w:rPr>
        <w:t>problem-solving</w:t>
      </w:r>
      <w:r w:rsidRPr="004B0CF7">
        <w:rPr>
          <w:sz w:val="20"/>
          <w:szCs w:val="20"/>
        </w:rPr>
        <w:t xml:space="preserve"> and analytical skills</w:t>
      </w:r>
    </w:p>
    <w:p w14:paraId="2EA8B631" w14:textId="77777777" w:rsidR="00210FFD" w:rsidRPr="004B0CF7" w:rsidRDefault="009C5407">
      <w:pPr>
        <w:rPr>
          <w:sz w:val="20"/>
          <w:szCs w:val="20"/>
        </w:rPr>
      </w:pPr>
      <w:r w:rsidRPr="004B0CF7">
        <w:rPr>
          <w:sz w:val="20"/>
          <w:szCs w:val="20"/>
        </w:rPr>
        <w:t>• Fast learning and adaptability</w:t>
      </w:r>
    </w:p>
    <w:sectPr w:rsidR="00210FFD" w:rsidRPr="004B0CF7"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EBD1D15"/>
    <w:multiLevelType w:val="hybridMultilevel"/>
    <w:tmpl w:val="AE883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8C664B"/>
    <w:multiLevelType w:val="hybridMultilevel"/>
    <w:tmpl w:val="186C5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0C4182"/>
    <w:multiLevelType w:val="hybridMultilevel"/>
    <w:tmpl w:val="C52258FE"/>
    <w:lvl w:ilvl="0" w:tplc="8B941A1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8996369">
    <w:abstractNumId w:val="8"/>
  </w:num>
  <w:num w:numId="2" w16cid:durableId="1099257957">
    <w:abstractNumId w:val="6"/>
  </w:num>
  <w:num w:numId="3" w16cid:durableId="14965170">
    <w:abstractNumId w:val="5"/>
  </w:num>
  <w:num w:numId="4" w16cid:durableId="698698038">
    <w:abstractNumId w:val="4"/>
  </w:num>
  <w:num w:numId="5" w16cid:durableId="1424256941">
    <w:abstractNumId w:val="7"/>
  </w:num>
  <w:num w:numId="6" w16cid:durableId="1681816413">
    <w:abstractNumId w:val="3"/>
  </w:num>
  <w:num w:numId="7" w16cid:durableId="2054427902">
    <w:abstractNumId w:val="2"/>
  </w:num>
  <w:num w:numId="8" w16cid:durableId="1922566163">
    <w:abstractNumId w:val="1"/>
  </w:num>
  <w:num w:numId="9" w16cid:durableId="2092923716">
    <w:abstractNumId w:val="0"/>
  </w:num>
  <w:num w:numId="10" w16cid:durableId="867376561">
    <w:abstractNumId w:val="10"/>
  </w:num>
  <w:num w:numId="11" w16cid:durableId="440074247">
    <w:abstractNumId w:val="9"/>
  </w:num>
  <w:num w:numId="12" w16cid:durableId="2527832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10FFD"/>
    <w:rsid w:val="0029639D"/>
    <w:rsid w:val="00326F90"/>
    <w:rsid w:val="00351D33"/>
    <w:rsid w:val="0035732F"/>
    <w:rsid w:val="003E1794"/>
    <w:rsid w:val="004B0CF7"/>
    <w:rsid w:val="00671711"/>
    <w:rsid w:val="009C5407"/>
    <w:rsid w:val="00AA1D8D"/>
    <w:rsid w:val="00AC278F"/>
    <w:rsid w:val="00B47730"/>
    <w:rsid w:val="00CB0664"/>
    <w:rsid w:val="00E14298"/>
    <w:rsid w:val="00F47D36"/>
    <w:rsid w:val="00F600E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41ED20"/>
  <w14:defaultImageDpi w14:val="300"/>
  <w15:docId w15:val="{A25C5EC0-7E12-4336-9DBA-1FEF8A4CE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4B0CF7"/>
    <w:rPr>
      <w:rFonts w:ascii="Times New Roman" w:hAnsi="Times New Roman" w:cs="Times New Roman"/>
      <w:sz w:val="24"/>
      <w:szCs w:val="24"/>
    </w:rPr>
  </w:style>
  <w:style w:type="character" w:styleId="Hyperlink">
    <w:name w:val="Hyperlink"/>
    <w:basedOn w:val="DefaultParagraphFont"/>
    <w:uiPriority w:val="99"/>
    <w:unhideWhenUsed/>
    <w:rsid w:val="004B0CF7"/>
    <w:rPr>
      <w:color w:val="0000FF" w:themeColor="hyperlink"/>
      <w:u w:val="single"/>
    </w:rPr>
  </w:style>
  <w:style w:type="character" w:styleId="UnresolvedMention">
    <w:name w:val="Unresolved Mention"/>
    <w:basedOn w:val="DefaultParagraphFont"/>
    <w:uiPriority w:val="99"/>
    <w:semiHidden/>
    <w:unhideWhenUsed/>
    <w:rsid w:val="004B0C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0933776">
      <w:bodyDiv w:val="1"/>
      <w:marLeft w:val="0"/>
      <w:marRight w:val="0"/>
      <w:marTop w:val="0"/>
      <w:marBottom w:val="0"/>
      <w:divBdr>
        <w:top w:val="none" w:sz="0" w:space="0" w:color="auto"/>
        <w:left w:val="none" w:sz="0" w:space="0" w:color="auto"/>
        <w:bottom w:val="none" w:sz="0" w:space="0" w:color="auto"/>
        <w:right w:val="none" w:sz="0" w:space="0" w:color="auto"/>
      </w:divBdr>
    </w:div>
    <w:div w:id="972448893">
      <w:bodyDiv w:val="1"/>
      <w:marLeft w:val="0"/>
      <w:marRight w:val="0"/>
      <w:marTop w:val="0"/>
      <w:marBottom w:val="0"/>
      <w:divBdr>
        <w:top w:val="none" w:sz="0" w:space="0" w:color="auto"/>
        <w:left w:val="none" w:sz="0" w:space="0" w:color="auto"/>
        <w:bottom w:val="none" w:sz="0" w:space="0" w:color="auto"/>
        <w:right w:val="none" w:sz="0" w:space="0" w:color="auto"/>
      </w:divBdr>
    </w:div>
    <w:div w:id="1667630423">
      <w:bodyDiv w:val="1"/>
      <w:marLeft w:val="0"/>
      <w:marRight w:val="0"/>
      <w:marTop w:val="0"/>
      <w:marBottom w:val="0"/>
      <w:divBdr>
        <w:top w:val="none" w:sz="0" w:space="0" w:color="auto"/>
        <w:left w:val="none" w:sz="0" w:space="0" w:color="auto"/>
        <w:bottom w:val="none" w:sz="0" w:space="0" w:color="auto"/>
        <w:right w:val="none" w:sz="0" w:space="0" w:color="auto"/>
      </w:divBdr>
    </w:div>
    <w:div w:id="1835993413">
      <w:bodyDiv w:val="1"/>
      <w:marLeft w:val="0"/>
      <w:marRight w:val="0"/>
      <w:marTop w:val="0"/>
      <w:marBottom w:val="0"/>
      <w:divBdr>
        <w:top w:val="none" w:sz="0" w:space="0" w:color="auto"/>
        <w:left w:val="none" w:sz="0" w:space="0" w:color="auto"/>
        <w:bottom w:val="none" w:sz="0" w:space="0" w:color="auto"/>
        <w:right w:val="none" w:sz="0" w:space="0" w:color="auto"/>
      </w:divBdr>
    </w:div>
    <w:div w:id="201051757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oudiahmed005@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597</Words>
  <Characters>3405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leila aoudi</cp:lastModifiedBy>
  <cp:revision>2</cp:revision>
  <cp:lastPrinted>2026-04-26T17:24:00Z</cp:lastPrinted>
  <dcterms:created xsi:type="dcterms:W3CDTF">2026-04-26T17:26:00Z</dcterms:created>
  <dcterms:modified xsi:type="dcterms:W3CDTF">2026-04-26T17:26:00Z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83e33d55-f3ab-4046-a72f-3012d515e793</vt:lpwstr>
  </property>
</Properties>
</file>