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C0177" w14:textId="77777777" w:rsidR="00053DA4" w:rsidRDefault="00000000">
      <w:pPr>
        <w:jc w:val="center"/>
      </w:pPr>
      <w:r>
        <w:rPr>
          <w:b/>
          <w:sz w:val="44"/>
        </w:rPr>
        <w:t>Victoria Fakhran</w:t>
      </w:r>
    </w:p>
    <w:p w14:paraId="6FA0FE5B" w14:textId="482957FD" w:rsidR="00053DA4" w:rsidRDefault="00000000" w:rsidP="00233EE5">
      <w:r>
        <w:rPr>
          <w:sz w:val="20"/>
        </w:rPr>
        <w:t>Beirut, Lebanon | +961 71 945 015 | fakhranvicky@gmail.com</w:t>
      </w:r>
    </w:p>
    <w:p w14:paraId="0E4AD7E2" w14:textId="2414A3DB" w:rsidR="00053DA4" w:rsidRDefault="00233EE5">
      <w:r>
        <w:rPr>
          <w:b/>
          <w:sz w:val="26"/>
        </w:rPr>
        <w:t>Objective</w:t>
      </w:r>
    </w:p>
    <w:p w14:paraId="68489F17" w14:textId="77777777" w:rsidR="00053DA4" w:rsidRDefault="00000000">
      <w:r>
        <w:t>Motivated Marketing student at Lebanese American University (LAU), expected to graduate in 2027. Skilled in brand management, digital marketing, event planning, and creative design. Experienced in creating visual content using Canva, developing marketing strategies, and conducting market research. Strong communication and organizational skills with a passion for branding, inbound marketing, and customer engagement.</w:t>
      </w:r>
    </w:p>
    <w:p w14:paraId="450C12B7" w14:textId="77777777" w:rsidR="00053DA4" w:rsidRDefault="00000000">
      <w:r>
        <w:rPr>
          <w:b/>
          <w:sz w:val="26"/>
        </w:rPr>
        <w:t>EDUCATION</w:t>
      </w:r>
    </w:p>
    <w:p w14:paraId="7B36DCC1" w14:textId="760D0579" w:rsidR="00053DA4" w:rsidRDefault="00000000" w:rsidP="00233EE5">
      <w:pPr>
        <w:pStyle w:val="ListParagraph"/>
        <w:numPr>
          <w:ilvl w:val="0"/>
          <w:numId w:val="10"/>
        </w:numPr>
      </w:pPr>
      <w:r w:rsidRPr="00233EE5">
        <w:rPr>
          <w:b/>
        </w:rPr>
        <w:t>Lebanese American University (LAU)</w:t>
      </w:r>
      <w:r>
        <w:t xml:space="preserve"> — </w:t>
      </w:r>
      <w:proofErr w:type="gramStart"/>
      <w:r>
        <w:t>Bachelor’s Degree in Marketing</w:t>
      </w:r>
      <w:proofErr w:type="gramEnd"/>
      <w:r w:rsidR="00233EE5">
        <w:t xml:space="preserve"> </w:t>
      </w:r>
      <w:r>
        <w:br/>
        <w:t>Expected Graduation: 2027</w:t>
      </w:r>
    </w:p>
    <w:p w14:paraId="02BFD5FF" w14:textId="77777777" w:rsidR="00053DA4" w:rsidRDefault="00000000" w:rsidP="00233EE5">
      <w:pPr>
        <w:pStyle w:val="ListParagraph"/>
        <w:numPr>
          <w:ilvl w:val="0"/>
          <w:numId w:val="10"/>
        </w:numPr>
      </w:pPr>
      <w:r w:rsidRPr="00233EE5">
        <w:rPr>
          <w:b/>
        </w:rPr>
        <w:t>Lebanese Baccalaureate — Economics &amp; Sociology (Bac II)</w:t>
      </w:r>
    </w:p>
    <w:p w14:paraId="1481511C" w14:textId="77777777" w:rsidR="00053DA4" w:rsidRDefault="00000000">
      <w:r>
        <w:rPr>
          <w:b/>
          <w:sz w:val="26"/>
        </w:rPr>
        <w:t>SKILLS</w:t>
      </w:r>
    </w:p>
    <w:p w14:paraId="40115EDD" w14:textId="77777777" w:rsidR="00053DA4" w:rsidRDefault="00000000">
      <w:pPr>
        <w:pStyle w:val="ListBullet"/>
      </w:pPr>
      <w:r>
        <w:t>Canva Design &amp; Poster Creation</w:t>
      </w:r>
    </w:p>
    <w:p w14:paraId="75711DE5" w14:textId="77777777" w:rsidR="00053DA4" w:rsidRDefault="00000000">
      <w:pPr>
        <w:pStyle w:val="ListBullet"/>
      </w:pPr>
      <w:r>
        <w:t>Event Planning &amp; Coordination</w:t>
      </w:r>
    </w:p>
    <w:p w14:paraId="0F94E3B0" w14:textId="77777777" w:rsidR="00053DA4" w:rsidRDefault="00000000">
      <w:pPr>
        <w:pStyle w:val="ListBullet"/>
      </w:pPr>
      <w:r>
        <w:t>Brand Management</w:t>
      </w:r>
    </w:p>
    <w:p w14:paraId="5DEF9666" w14:textId="77777777" w:rsidR="00053DA4" w:rsidRDefault="00000000">
      <w:pPr>
        <w:pStyle w:val="ListBullet"/>
      </w:pPr>
      <w:r>
        <w:t>Inbound Marketing</w:t>
      </w:r>
    </w:p>
    <w:p w14:paraId="4B69C17D" w14:textId="77777777" w:rsidR="00053DA4" w:rsidRDefault="00000000">
      <w:pPr>
        <w:pStyle w:val="ListBullet"/>
      </w:pPr>
      <w:r>
        <w:t>Digital Marketing</w:t>
      </w:r>
    </w:p>
    <w:p w14:paraId="3330AA9C" w14:textId="77777777" w:rsidR="00053DA4" w:rsidRDefault="00000000">
      <w:pPr>
        <w:pStyle w:val="ListBullet"/>
      </w:pPr>
      <w:r>
        <w:t>Marketing Research</w:t>
      </w:r>
    </w:p>
    <w:p w14:paraId="6D0DE01C" w14:textId="77777777" w:rsidR="00053DA4" w:rsidRDefault="00000000">
      <w:pPr>
        <w:pStyle w:val="ListBullet"/>
      </w:pPr>
      <w:r>
        <w:t>Communication Skills</w:t>
      </w:r>
    </w:p>
    <w:p w14:paraId="485B9047" w14:textId="77777777" w:rsidR="00053DA4" w:rsidRDefault="00000000" w:rsidP="00233EE5">
      <w:pPr>
        <w:pStyle w:val="ListBullet"/>
        <w:spacing w:line="240" w:lineRule="auto"/>
      </w:pPr>
      <w:r>
        <w:t>Teamwork &amp; Leadership</w:t>
      </w:r>
    </w:p>
    <w:p w14:paraId="7BBAC23D" w14:textId="77777777" w:rsidR="00053DA4" w:rsidRDefault="00000000">
      <w:pPr>
        <w:pStyle w:val="ListBullet"/>
      </w:pPr>
      <w:r>
        <w:t>Creative Content Development</w:t>
      </w:r>
    </w:p>
    <w:p w14:paraId="46BAA52E" w14:textId="77777777" w:rsidR="00053DA4" w:rsidRDefault="00000000">
      <w:pPr>
        <w:pStyle w:val="ListBullet"/>
      </w:pPr>
      <w:r>
        <w:t>Presentation Skills</w:t>
      </w:r>
    </w:p>
    <w:p w14:paraId="015FBBD8" w14:textId="77777777" w:rsidR="00053DA4" w:rsidRDefault="00000000">
      <w:r>
        <w:rPr>
          <w:b/>
          <w:sz w:val="26"/>
        </w:rPr>
        <w:t>EXPERIENCE</w:t>
      </w:r>
    </w:p>
    <w:p w14:paraId="1F08C454" w14:textId="77777777" w:rsidR="00233EE5" w:rsidRPr="00233EE5" w:rsidRDefault="00233EE5" w:rsidP="00233EE5">
      <w:pPr>
        <w:spacing w:after="0" w:line="240" w:lineRule="auto"/>
        <w:rPr>
          <w:bCs/>
          <w:sz w:val="26"/>
        </w:rPr>
      </w:pPr>
      <w:r w:rsidRPr="00233EE5">
        <w:rPr>
          <w:bCs/>
          <w:sz w:val="26"/>
        </w:rPr>
        <w:t>Sultan Steel — Sales and Marketing Associate Intern</w:t>
      </w:r>
    </w:p>
    <w:p w14:paraId="75D7FE17" w14:textId="4C8B820B" w:rsidR="00233EE5" w:rsidRPr="00233EE5" w:rsidRDefault="00233EE5" w:rsidP="00233EE5">
      <w:pPr>
        <w:spacing w:after="0" w:line="240" w:lineRule="auto"/>
        <w:rPr>
          <w:b/>
          <w:sz w:val="26"/>
        </w:rPr>
      </w:pPr>
      <w:r w:rsidRPr="00233EE5">
        <w:rPr>
          <w:bCs/>
        </w:rPr>
        <w:t>2025</w:t>
      </w:r>
    </w:p>
    <w:p w14:paraId="7A3BA705" w14:textId="67463E54" w:rsidR="00233EE5" w:rsidRPr="00233EE5" w:rsidRDefault="00233EE5" w:rsidP="00233EE5">
      <w:pPr>
        <w:pStyle w:val="ListBullet"/>
      </w:pPr>
      <w:r w:rsidRPr="00233EE5">
        <w:t>Assisted in sales operations and customer communication</w:t>
      </w:r>
    </w:p>
    <w:p w14:paraId="5D8375F5" w14:textId="0E131D72" w:rsidR="00233EE5" w:rsidRPr="00233EE5" w:rsidRDefault="00233EE5" w:rsidP="00233EE5">
      <w:pPr>
        <w:pStyle w:val="ListBullet"/>
      </w:pPr>
      <w:r w:rsidRPr="00233EE5">
        <w:t>Supported marketing activities and product promotion</w:t>
      </w:r>
    </w:p>
    <w:p w14:paraId="17511DAF" w14:textId="1DF13BD6" w:rsidR="00233EE5" w:rsidRPr="00233EE5" w:rsidRDefault="00233EE5" w:rsidP="00233EE5">
      <w:pPr>
        <w:pStyle w:val="ListBullet"/>
      </w:pPr>
      <w:r w:rsidRPr="00233EE5">
        <w:t>Helped create professional presentations and client-facing materials</w:t>
      </w:r>
    </w:p>
    <w:p w14:paraId="7ED4D4DA" w14:textId="0321FFB3" w:rsidR="00233EE5" w:rsidRPr="00233EE5" w:rsidRDefault="00233EE5" w:rsidP="00233EE5">
      <w:pPr>
        <w:pStyle w:val="ListBullet"/>
      </w:pPr>
      <w:r w:rsidRPr="00233EE5">
        <w:t xml:space="preserve">Developed strong communication, teamwork, and organizational </w:t>
      </w:r>
      <w:proofErr w:type="spellStart"/>
      <w:r w:rsidRPr="00233EE5">
        <w:t>skills</w:t>
      </w:r>
      <w:proofErr w:type="spellEnd"/>
    </w:p>
    <w:p w14:paraId="504E0C56" w14:textId="16456232" w:rsidR="00053DA4" w:rsidRDefault="00000000" w:rsidP="00233EE5">
      <w:r>
        <w:rPr>
          <w:b/>
          <w:sz w:val="26"/>
        </w:rPr>
        <w:t>CERTIFICATIONS</w:t>
      </w:r>
    </w:p>
    <w:p w14:paraId="5D3C2F42" w14:textId="77777777" w:rsidR="00053DA4" w:rsidRDefault="00000000">
      <w:pPr>
        <w:pStyle w:val="ListBullet"/>
      </w:pPr>
      <w:r>
        <w:t>HubSpot Inbound Marketing Certification</w:t>
      </w:r>
    </w:p>
    <w:p w14:paraId="68EDE605" w14:textId="77777777" w:rsidR="00053DA4" w:rsidRDefault="00000000">
      <w:pPr>
        <w:pStyle w:val="ListBullet"/>
      </w:pPr>
      <w:r>
        <w:t>First Prize in Lebanon — Fabriano Drawing Competition (Concours de Dessin)</w:t>
      </w:r>
    </w:p>
    <w:p w14:paraId="6C985214" w14:textId="77777777" w:rsidR="00233EE5" w:rsidRDefault="00233EE5" w:rsidP="00233EE5">
      <w:pPr>
        <w:pStyle w:val="ListBullet"/>
        <w:numPr>
          <w:ilvl w:val="0"/>
          <w:numId w:val="0"/>
        </w:numPr>
        <w:ind w:left="360" w:hanging="360"/>
      </w:pPr>
    </w:p>
    <w:p w14:paraId="362FCF3D" w14:textId="77777777" w:rsidR="00233EE5" w:rsidRDefault="00233EE5" w:rsidP="00233EE5">
      <w:pPr>
        <w:pStyle w:val="ListBullet"/>
        <w:numPr>
          <w:ilvl w:val="0"/>
          <w:numId w:val="0"/>
        </w:numPr>
        <w:ind w:left="360" w:hanging="360"/>
      </w:pPr>
    </w:p>
    <w:p w14:paraId="7BC1D9B3" w14:textId="77777777" w:rsidR="00233EE5" w:rsidRDefault="00233EE5" w:rsidP="00233EE5">
      <w:pPr>
        <w:pStyle w:val="ListBullet"/>
        <w:numPr>
          <w:ilvl w:val="0"/>
          <w:numId w:val="0"/>
        </w:numPr>
        <w:ind w:left="360" w:hanging="360"/>
      </w:pPr>
    </w:p>
    <w:p w14:paraId="099E2F01" w14:textId="77777777" w:rsidR="00053DA4" w:rsidRDefault="00000000">
      <w:r>
        <w:rPr>
          <w:b/>
          <w:sz w:val="26"/>
        </w:rPr>
        <w:lastRenderedPageBreak/>
        <w:t>ACADEMIC PROJECTS</w:t>
      </w:r>
    </w:p>
    <w:p w14:paraId="147DDD08" w14:textId="77777777" w:rsidR="00053DA4" w:rsidRDefault="00000000">
      <w:r>
        <w:rPr>
          <w:b/>
        </w:rPr>
        <w:t>Brand Audit Project — Café Najjar</w:t>
      </w:r>
    </w:p>
    <w:p w14:paraId="3B954111" w14:textId="77777777" w:rsidR="00053DA4" w:rsidRDefault="00000000">
      <w:pPr>
        <w:pStyle w:val="ListBullet"/>
      </w:pPr>
      <w:r>
        <w:t>Conducted a detailed brand audit and market analysis</w:t>
      </w:r>
    </w:p>
    <w:p w14:paraId="67EDF5C0" w14:textId="77777777" w:rsidR="00053DA4" w:rsidRDefault="00000000">
      <w:pPr>
        <w:pStyle w:val="ListBullet"/>
      </w:pPr>
      <w:r>
        <w:t>Evaluated brand positioning, customer perception, and marketing strategies</w:t>
      </w:r>
    </w:p>
    <w:p w14:paraId="2EF9B904" w14:textId="77777777" w:rsidR="00053DA4" w:rsidRDefault="00000000">
      <w:r>
        <w:rPr>
          <w:b/>
        </w:rPr>
        <w:t>Market Research Project — Malik’s Lebanon</w:t>
      </w:r>
    </w:p>
    <w:p w14:paraId="3D3BA85E" w14:textId="77777777" w:rsidR="00053DA4" w:rsidRDefault="00000000">
      <w:pPr>
        <w:pStyle w:val="ListBullet"/>
      </w:pPr>
      <w:r>
        <w:t>Conducted full market research and competitor analysis</w:t>
      </w:r>
    </w:p>
    <w:p w14:paraId="34B6F6CA" w14:textId="77777777" w:rsidR="00053DA4" w:rsidRDefault="00000000">
      <w:pPr>
        <w:pStyle w:val="ListBullet"/>
      </w:pPr>
      <w:r>
        <w:t>Analyzed customer behavior and business positioning within the Lebanese market</w:t>
      </w:r>
    </w:p>
    <w:p w14:paraId="6A2678A6" w14:textId="77777777" w:rsidR="00053DA4" w:rsidRDefault="00000000">
      <w:r>
        <w:rPr>
          <w:b/>
          <w:sz w:val="26"/>
        </w:rPr>
        <w:t>LANGUAGES</w:t>
      </w:r>
    </w:p>
    <w:p w14:paraId="60EF6D44" w14:textId="77777777" w:rsidR="00053DA4" w:rsidRDefault="00000000">
      <w:pPr>
        <w:pStyle w:val="ListBullet"/>
      </w:pPr>
      <w:r>
        <w:t>Arabic — Native</w:t>
      </w:r>
    </w:p>
    <w:p w14:paraId="5C3FB84C" w14:textId="77777777" w:rsidR="00053DA4" w:rsidRDefault="00000000">
      <w:pPr>
        <w:pStyle w:val="ListBullet"/>
      </w:pPr>
      <w:r>
        <w:t>English — Fluent</w:t>
      </w:r>
    </w:p>
    <w:p w14:paraId="138E1959" w14:textId="77777777" w:rsidR="00053DA4" w:rsidRDefault="00000000">
      <w:pPr>
        <w:pStyle w:val="ListBullet"/>
      </w:pPr>
      <w:r>
        <w:t>French — Fluent</w:t>
      </w:r>
    </w:p>
    <w:sectPr w:rsidR="00053DA4"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0BB6394"/>
    <w:multiLevelType w:val="hybridMultilevel"/>
    <w:tmpl w:val="C96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04238E"/>
    <w:multiLevelType w:val="hybridMultilevel"/>
    <w:tmpl w:val="8CB6B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381544">
    <w:abstractNumId w:val="8"/>
  </w:num>
  <w:num w:numId="2" w16cid:durableId="880477197">
    <w:abstractNumId w:val="6"/>
  </w:num>
  <w:num w:numId="3" w16cid:durableId="276253122">
    <w:abstractNumId w:val="5"/>
  </w:num>
  <w:num w:numId="4" w16cid:durableId="1445535357">
    <w:abstractNumId w:val="4"/>
  </w:num>
  <w:num w:numId="5" w16cid:durableId="214859264">
    <w:abstractNumId w:val="7"/>
  </w:num>
  <w:num w:numId="6" w16cid:durableId="862013374">
    <w:abstractNumId w:val="3"/>
  </w:num>
  <w:num w:numId="7" w16cid:durableId="1876845925">
    <w:abstractNumId w:val="2"/>
  </w:num>
  <w:num w:numId="8" w16cid:durableId="786507446">
    <w:abstractNumId w:val="1"/>
  </w:num>
  <w:num w:numId="9" w16cid:durableId="802307371">
    <w:abstractNumId w:val="0"/>
  </w:num>
  <w:num w:numId="10" w16cid:durableId="895749162">
    <w:abstractNumId w:val="9"/>
  </w:num>
  <w:num w:numId="11" w16cid:durableId="520899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3DA4"/>
    <w:rsid w:val="0006063C"/>
    <w:rsid w:val="0015074B"/>
    <w:rsid w:val="00233EE5"/>
    <w:rsid w:val="0029639D"/>
    <w:rsid w:val="00326F90"/>
    <w:rsid w:val="0091681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0D5C6"/>
  <w14:defaultImageDpi w14:val="300"/>
  <w15:docId w15:val="{647A9845-C5F8-4A43-8594-109D89A6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Ghazi Kibbi</cp:lastModifiedBy>
  <cp:revision>3</cp:revision>
  <dcterms:created xsi:type="dcterms:W3CDTF">2013-12-23T23:15:00Z</dcterms:created>
  <dcterms:modified xsi:type="dcterms:W3CDTF">2026-05-09T18:26:00Z</dcterms:modified>
  <cp:category/>
</cp:coreProperties>
</file>