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991" w:type="dxa"/>
        <w:tblLook w:val="04A0" w:firstRow="1" w:lastRow="0" w:firstColumn="1" w:lastColumn="0" w:noHBand="0" w:noVBand="1"/>
      </w:tblPr>
      <w:tblGrid>
        <w:gridCol w:w="8750"/>
        <w:gridCol w:w="2346"/>
      </w:tblGrid>
      <w:tr w:rsidR="00BC2B66" w14:paraId="5CF2898E" w14:textId="77777777" w:rsidTr="000238BF">
        <w:trPr>
          <w:trHeight w:val="2735"/>
        </w:trPr>
        <w:tc>
          <w:tcPr>
            <w:tcW w:w="8846" w:type="dxa"/>
          </w:tcPr>
          <w:p w14:paraId="15C7F73B" w14:textId="72E0B46C" w:rsidR="00BC2B66" w:rsidRDefault="000238BF">
            <w:r>
              <w:rPr>
                <w:b/>
                <w:sz w:val="36"/>
              </w:rPr>
              <w:t>Nabil Alawar</w:t>
            </w:r>
            <w:r w:rsidR="007453AB">
              <w:rPr>
                <w:sz w:val="20"/>
              </w:rPr>
              <w:br/>
              <w:t>Marketing Student | Digital Marketing | Brand Communication | Customer Experience</w:t>
            </w:r>
          </w:p>
          <w:p w14:paraId="3364526C" w14:textId="418FC1E4" w:rsidR="00BC2B66" w:rsidRDefault="007453AB">
            <w:r>
              <w:rPr>
                <w:sz w:val="20"/>
              </w:rPr>
              <w:t xml:space="preserve">Phone: </w:t>
            </w:r>
            <w:r w:rsidR="000238BF">
              <w:rPr>
                <w:sz w:val="20"/>
              </w:rPr>
              <w:t>71299172</w:t>
            </w:r>
            <w:r>
              <w:rPr>
                <w:sz w:val="20"/>
              </w:rPr>
              <w:br/>
              <w:t xml:space="preserve">Email: </w:t>
            </w:r>
            <w:r w:rsidR="000238BF">
              <w:rPr>
                <w:sz w:val="20"/>
              </w:rPr>
              <w:t>nabilalawar19@gmail.com</w:t>
            </w:r>
            <w:r>
              <w:rPr>
                <w:sz w:val="20"/>
              </w:rPr>
              <w:br/>
              <w:t xml:space="preserve">LinkedIn: </w:t>
            </w:r>
            <w:hyperlink r:id="rId6" w:history="1">
              <w:r w:rsidR="000238BF" w:rsidRPr="000238BF">
                <w:rPr>
                  <w:rStyle w:val="Hyperlink"/>
                  <w:sz w:val="20"/>
                </w:rPr>
                <w:t>https://www.linkedin.com/in/nabil-alawar 964971398?utm_source=share&amp;utm_campaign=share_via&amp;utm_content=profile&amp;utm_medium=ios_ app</w:t>
              </w:r>
            </w:hyperlink>
            <w:r>
              <w:rPr>
                <w:sz w:val="20"/>
              </w:rPr>
              <w:br/>
              <w:t xml:space="preserve"> </w:t>
            </w:r>
            <w:proofErr w:type="spellStart"/>
            <w:r w:rsidR="000238BF" w:rsidRPr="000238BF">
              <w:rPr>
                <w:sz w:val="20"/>
              </w:rPr>
              <w:t>Qornayel</w:t>
            </w:r>
            <w:proofErr w:type="spellEnd"/>
            <w:r w:rsidR="000238BF" w:rsidRPr="000238BF">
              <w:rPr>
                <w:sz w:val="20"/>
              </w:rPr>
              <w:t xml:space="preserve">, Mount Lebanon </w:t>
            </w:r>
          </w:p>
        </w:tc>
        <w:tc>
          <w:tcPr>
            <w:tcW w:w="2145" w:type="dxa"/>
          </w:tcPr>
          <w:p w14:paraId="2ABAD7B8" w14:textId="597B32FB" w:rsidR="00BC2B66" w:rsidRDefault="00DD5B1D">
            <w:r>
              <w:rPr>
                <w:noProof/>
              </w:rPr>
              <w:drawing>
                <wp:inline distT="0" distB="0" distL="0" distR="0" wp14:anchorId="665FA7C4" wp14:editId="71D44D1F">
                  <wp:extent cx="972537" cy="1072661"/>
                  <wp:effectExtent l="190500" t="190500" r="189865" b="1847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23" cy="1112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93F303" w14:textId="64A099EC" w:rsidR="00BC2B66" w:rsidRPr="000238BF" w:rsidRDefault="004274FE">
      <w:pPr>
        <w:pStyle w:val="Heading2"/>
        <w:rPr>
          <w:color w:val="auto"/>
        </w:rPr>
      </w:pPr>
      <w:r>
        <w:rPr>
          <w:color w:val="auto"/>
        </w:rPr>
        <w:t>Profile</w:t>
      </w:r>
    </w:p>
    <w:p w14:paraId="49DE9F8B" w14:textId="77777777" w:rsidR="00BC2B66" w:rsidRDefault="007453AB">
      <w:r>
        <w:t>Motivated Marketing student at Modern University for Business and Science (MUBS) seeking a marketing internship opportunity to gain hands-on experience in digital marketing, branding, customer experience, and business development. Combines academic marketing knowledge with international exposure, customer-facing experience, and strong communication skills developed through professional work, Erasmus+ mobility, and international presentations. Passionate about learning, creativity, and contributing to impactful marketing projects.</w:t>
      </w:r>
    </w:p>
    <w:p w14:paraId="7C9B6F15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Education</w:t>
      </w:r>
    </w:p>
    <w:p w14:paraId="720185CB" w14:textId="030CC686" w:rsidR="00BC2B66" w:rsidRDefault="007453AB">
      <w:r>
        <w:t>Modern University for Business and Science (MUBS)</w:t>
      </w:r>
      <w:r>
        <w:br/>
      </w:r>
      <w:r w:rsidR="007E1827">
        <w:t>bachelor's degree in marketing</w:t>
      </w:r>
      <w:r>
        <w:t xml:space="preserve"> | 2023 – Present</w:t>
      </w:r>
      <w:r>
        <w:br/>
      </w:r>
      <w:r>
        <w:br/>
        <w:t>Institut Libanel Technique (ILT)</w:t>
      </w:r>
      <w:r>
        <w:br/>
        <w:t>Survey Engineering Diploma | 2020 – 2023</w:t>
      </w:r>
    </w:p>
    <w:p w14:paraId="3F769EAE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International Experience &amp; Achievements</w:t>
      </w:r>
    </w:p>
    <w:p w14:paraId="44B23C46" w14:textId="77777777" w:rsidR="00BC2B66" w:rsidRDefault="007453AB">
      <w:r>
        <w:t>Erasmus+ Student Mobility Participant</w:t>
      </w:r>
      <w:r>
        <w:br/>
        <w:t>Powislanska Academy of Applied Sciences, Poland | 2026</w:t>
      </w:r>
      <w:r>
        <w:br/>
        <w:t>• Participated in an international academic exchange programme.</w:t>
      </w:r>
      <w:r>
        <w:br/>
        <w:t>• Strengthened intercultural communication, teamwork, and adaptability skills.</w:t>
      </w:r>
      <w:r>
        <w:br/>
        <w:t>• Experienced collaboration in a multicultural environment.</w:t>
      </w:r>
      <w:r>
        <w:br/>
      </w:r>
      <w:r>
        <w:br/>
        <w:t>International Student Conference Speaker</w:t>
      </w:r>
      <w:r>
        <w:br/>
        <w:t>Powislanska Academy of Applied Sciences | 2026</w:t>
      </w:r>
      <w:r>
        <w:br/>
        <w:t>• Presented research on management and communication in Lebanese organizations.</w:t>
      </w:r>
      <w:r>
        <w:br/>
        <w:t>• Developed professional presentation, research, and public speaking abilities.</w:t>
      </w:r>
    </w:p>
    <w:p w14:paraId="04BF12B7" w14:textId="4C02D67D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Experience</w:t>
      </w:r>
    </w:p>
    <w:p w14:paraId="313D9C52" w14:textId="77777777" w:rsidR="00BC2B66" w:rsidRDefault="007453AB">
      <w:r>
        <w:t>Production Assistant | Carpentry Establishment</w:t>
      </w:r>
      <w:r>
        <w:br/>
        <w:t>Qornayel, Mount Lebanon | 2020 – 2025</w:t>
      </w:r>
      <w:r>
        <w:br/>
        <w:t>• Supported daily operations, workflow organization, and team coordination.</w:t>
      </w:r>
      <w:r>
        <w:br/>
        <w:t>• Managed preparation activities while maintaining quality and efficiency.</w:t>
      </w:r>
      <w:r>
        <w:br/>
        <w:t>• Developed problem-solving, responsibility, and operational skills.</w:t>
      </w:r>
      <w:r>
        <w:br/>
      </w:r>
      <w:r>
        <w:br/>
        <w:t>Dispatch / Outgoing Goods Assistant | Soha Factory</w:t>
      </w:r>
      <w:r>
        <w:br/>
        <w:t>Falougha-Khalouat | 2017 – 2019</w:t>
      </w:r>
      <w:r>
        <w:br/>
        <w:t>• Verified outgoing products and maintained accurate records.</w:t>
      </w:r>
      <w:r>
        <w:br/>
        <w:t>• Coordinated with teams to ensure smooth delivery processes.</w:t>
      </w:r>
      <w:r>
        <w:br/>
      </w:r>
      <w:r>
        <w:br/>
      </w:r>
      <w:r>
        <w:lastRenderedPageBreak/>
        <w:t>Customer Service Staff | Horse Ride &amp; Natural Land Activities</w:t>
      </w:r>
      <w:r>
        <w:br/>
        <w:t>Mount Lebanon | 2014 – 2017</w:t>
      </w:r>
      <w:r>
        <w:br/>
        <w:t>• Delivered customer service and managed customer requests professionally.</w:t>
      </w:r>
      <w:r>
        <w:br/>
        <w:t>• Developed communication and relationship-building skills.</w:t>
      </w:r>
    </w:p>
    <w:p w14:paraId="23A2C537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Marketing Skills</w:t>
      </w:r>
    </w:p>
    <w:p w14:paraId="36749723" w14:textId="6C08C2BA" w:rsidR="00BC2B66" w:rsidRDefault="007453AB">
      <w:r>
        <w:t>• Digital Marketing Fundamentals</w:t>
      </w:r>
      <w:r>
        <w:br/>
        <w:t>• Social Media Marketing</w:t>
      </w:r>
      <w:r>
        <w:br/>
        <w:t>• Market Research &amp; Consumer Understanding</w:t>
      </w:r>
      <w:r>
        <w:br/>
        <w:t>• Marketing Strategy Fundamentals</w:t>
      </w:r>
    </w:p>
    <w:p w14:paraId="31D6F07C" w14:textId="23EB4A1C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Skills</w:t>
      </w:r>
    </w:p>
    <w:p w14:paraId="1DD48590" w14:textId="77777777" w:rsidR="00BC2B66" w:rsidRDefault="007453AB">
      <w:r>
        <w:t>• Communication</w:t>
      </w:r>
      <w:r>
        <w:br/>
        <w:t>• Public Speaking</w:t>
      </w:r>
      <w:r>
        <w:br/>
        <w:t>• Teamwork</w:t>
      </w:r>
      <w:r>
        <w:br/>
        <w:t>• Problem Solving</w:t>
      </w:r>
      <w:r>
        <w:br/>
        <w:t>• Time Management</w:t>
      </w:r>
      <w:r>
        <w:br/>
        <w:t>• Adaptability</w:t>
      </w:r>
      <w:r>
        <w:br/>
        <w:t>• Organization</w:t>
      </w:r>
    </w:p>
    <w:p w14:paraId="7D14A7D8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Technical Skills</w:t>
      </w:r>
    </w:p>
    <w:p w14:paraId="1C781510" w14:textId="77777777" w:rsidR="00BC2B66" w:rsidRDefault="007453AB">
      <w:r>
        <w:t>Microsoft Word | Microsoft Excel | Microsoft PowerPoint</w:t>
      </w:r>
    </w:p>
    <w:p w14:paraId="45CCC993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Volunteer Experience</w:t>
      </w:r>
    </w:p>
    <w:p w14:paraId="5C5DE02C" w14:textId="4D4ADCBB" w:rsidR="00BC2B66" w:rsidRDefault="00152721">
      <w:r>
        <w:t xml:space="preserve">• </w:t>
      </w:r>
      <w:r w:rsidR="007453AB">
        <w:t xml:space="preserve">Caritas Archdiocese of </w:t>
      </w:r>
      <w:proofErr w:type="spellStart"/>
      <w:r w:rsidR="007453AB">
        <w:t>Gdańsk</w:t>
      </w:r>
      <w:proofErr w:type="spellEnd"/>
      <w:r w:rsidR="007453AB">
        <w:t xml:space="preserve"> – Youth House Meeting Initiative Volunteer | 2026</w:t>
      </w:r>
      <w:r w:rsidR="007453AB">
        <w:br/>
      </w:r>
      <w:bookmarkStart w:id="0" w:name="_Hlk235812073"/>
      <w:r w:rsidR="007453AB">
        <w:t xml:space="preserve">• </w:t>
      </w:r>
      <w:bookmarkEnd w:id="0"/>
      <w:r w:rsidR="007453AB">
        <w:t>Participated in youth activities and intercultural community initiatives.</w:t>
      </w:r>
      <w:r w:rsidR="007453AB">
        <w:br/>
      </w:r>
      <w:r w:rsidR="007453AB">
        <w:br/>
        <w:t>AFDC Volunteer | Qornayel, Mount Lebanon | 2019 – 2020</w:t>
      </w:r>
      <w:r w:rsidR="007453AB">
        <w:br/>
        <w:t>• Supported environmental and community projects.</w:t>
      </w:r>
    </w:p>
    <w:p w14:paraId="186DD4AC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Languages</w:t>
      </w:r>
    </w:p>
    <w:p w14:paraId="48849869" w14:textId="29C6571B" w:rsidR="00BC2B66" w:rsidRDefault="007453AB">
      <w:r>
        <w:t>Arabic — Native</w:t>
      </w:r>
      <w:r>
        <w:br/>
        <w:t xml:space="preserve">English — </w:t>
      </w:r>
      <w:r w:rsidR="004274FE">
        <w:t xml:space="preserve">Very </w:t>
      </w:r>
      <w:r>
        <w:t>Good</w:t>
      </w:r>
    </w:p>
    <w:p w14:paraId="21D7CA64" w14:textId="77777777" w:rsidR="00BC2B66" w:rsidRPr="000238BF" w:rsidRDefault="007453AB">
      <w:pPr>
        <w:pStyle w:val="Heading2"/>
        <w:rPr>
          <w:color w:val="auto"/>
        </w:rPr>
      </w:pPr>
      <w:r w:rsidRPr="000238BF">
        <w:rPr>
          <w:color w:val="auto"/>
        </w:rPr>
        <w:t>Interests</w:t>
      </w:r>
    </w:p>
    <w:p w14:paraId="6E7C146D" w14:textId="77777777" w:rsidR="00BC2B66" w:rsidRDefault="007453AB">
      <w:r>
        <w:t>Digital Marketing | Branding | Business Development | Public Speaking | Continuous Learning</w:t>
      </w:r>
    </w:p>
    <w:sectPr w:rsidR="00BC2B66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7536260">
    <w:abstractNumId w:val="8"/>
  </w:num>
  <w:num w:numId="2" w16cid:durableId="262037942">
    <w:abstractNumId w:val="6"/>
  </w:num>
  <w:num w:numId="3" w16cid:durableId="762070122">
    <w:abstractNumId w:val="5"/>
  </w:num>
  <w:num w:numId="4" w16cid:durableId="1874419718">
    <w:abstractNumId w:val="4"/>
  </w:num>
  <w:num w:numId="5" w16cid:durableId="1143043576">
    <w:abstractNumId w:val="7"/>
  </w:num>
  <w:num w:numId="6" w16cid:durableId="1573853282">
    <w:abstractNumId w:val="3"/>
  </w:num>
  <w:num w:numId="7" w16cid:durableId="203251032">
    <w:abstractNumId w:val="2"/>
  </w:num>
  <w:num w:numId="8" w16cid:durableId="181631271">
    <w:abstractNumId w:val="1"/>
  </w:num>
  <w:num w:numId="9" w16cid:durableId="10210559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24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8BF"/>
    <w:rsid w:val="00034616"/>
    <w:rsid w:val="0006063C"/>
    <w:rsid w:val="0015074B"/>
    <w:rsid w:val="00152721"/>
    <w:rsid w:val="0029639D"/>
    <w:rsid w:val="00326F90"/>
    <w:rsid w:val="004274FE"/>
    <w:rsid w:val="007453AB"/>
    <w:rsid w:val="007E1827"/>
    <w:rsid w:val="00AA1D8D"/>
    <w:rsid w:val="00B47730"/>
    <w:rsid w:val="00BC2B66"/>
    <w:rsid w:val="00C94404"/>
    <w:rsid w:val="00CB0664"/>
    <w:rsid w:val="00D821B6"/>
    <w:rsid w:val="00DD5B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CC95B0"/>
  <w14:defaultImageDpi w14:val="300"/>
  <w15:docId w15:val="{2CCF2EC1-942D-DF4A-B6C6-B08558A2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238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nabil-alawar%20964971398?utm_source=share&amp;utm_campaign=share_via&amp;utm_content=profile&amp;utm_medium=ios_%20ap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Nabil Alawar</cp:lastModifiedBy>
  <cp:revision>5</cp:revision>
  <dcterms:created xsi:type="dcterms:W3CDTF">2026-07-19T10:54:00Z</dcterms:created>
  <dcterms:modified xsi:type="dcterms:W3CDTF">2026-07-24T16:15:00Z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bcdff4db-4873-4289-8c1f-6f6d897a648a</vt:lpwstr>
  </property>
</Properties>
</file>