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EEDA" w14:textId="77777777" w:rsidR="005E4D52" w:rsidRDefault="00000000">
      <w:pPr>
        <w:pStyle w:val="Title"/>
        <w:jc w:val="center"/>
      </w:pPr>
      <w:r>
        <w:t>HICHAM WEHBI</w:t>
      </w:r>
    </w:p>
    <w:p w14:paraId="4987E8AD" w14:textId="562F16D3" w:rsidR="005E4D52" w:rsidRDefault="00000000">
      <w:pPr>
        <w:jc w:val="center"/>
      </w:pPr>
      <w:r>
        <w:rPr>
          <w:b/>
        </w:rPr>
        <w:t>Full-Stack Developer | React • Node.js • TypeScript</w:t>
      </w:r>
      <w:r>
        <w:rPr>
          <w:b/>
        </w:rPr>
        <w:br/>
      </w:r>
      <w:r>
        <w:t>Dweir, Nabatieh, Lebanon | +961 78 919 393 | hichamwehbi15.7@gmail.com</w:t>
      </w:r>
      <w:r>
        <w:br/>
        <w:t>GitHub: https://github.com/hichamwehbii</w:t>
      </w:r>
      <w:r>
        <w:br/>
        <w:t xml:space="preserve">LinkedIn: </w:t>
      </w:r>
      <w:r w:rsidR="008F417A">
        <w:t>hicham wehbi</w:t>
      </w:r>
    </w:p>
    <w:p w14:paraId="7DF6199F" w14:textId="77777777" w:rsidR="005E4D52" w:rsidRDefault="00000000">
      <w:pPr>
        <w:pStyle w:val="Heading1"/>
      </w:pPr>
      <w:r>
        <w:t>PROFESSIONAL SUMMARY</w:t>
      </w:r>
    </w:p>
    <w:p w14:paraId="6541F4BA" w14:textId="77777777" w:rsidR="005E4D52" w:rsidRDefault="00000000">
      <w:r>
        <w:t>Computer Science graduate with hands-on experience in full-stack software development using React, TypeScript, Node.js, Express.js, and MongoDB. Experienced in developing responsive web applications, RESTful APIs, and scalable database-driven systems through internships and real-world projects. Passionate about clean code, problem solving, and continuous learning. Experienced in digital content creation, social media management, and video editing.</w:t>
      </w:r>
    </w:p>
    <w:p w14:paraId="2E566919" w14:textId="77777777" w:rsidR="005E4D52" w:rsidRDefault="00000000">
      <w:pPr>
        <w:pStyle w:val="Heading1"/>
      </w:pPr>
      <w:r>
        <w:t>PROFESSIONAL EXPERIENCE</w:t>
      </w:r>
    </w:p>
    <w:p w14:paraId="440AC2A4" w14:textId="77777777" w:rsidR="005E4D52" w:rsidRDefault="00000000">
      <w:pPr>
        <w:pStyle w:val="Heading2"/>
      </w:pPr>
      <w:r>
        <w:t>Software Development Intern | Dualcom Consulting</w:t>
      </w:r>
    </w:p>
    <w:p w14:paraId="6BD9F042" w14:textId="77777777" w:rsidR="005E4D52" w:rsidRDefault="00000000">
      <w:r>
        <w:t>May 2026 – July 2026</w:t>
      </w:r>
    </w:p>
    <w:p w14:paraId="22E2F649" w14:textId="77777777" w:rsidR="005E4D52" w:rsidRDefault="00000000">
      <w:pPr>
        <w:pStyle w:val="ListBullet"/>
      </w:pPr>
      <w:r>
        <w:t>Developed full-stack web applications using React, TypeScript, Node.js, Express.js, and MongoDB.</w:t>
      </w:r>
    </w:p>
    <w:p w14:paraId="780F0DFB" w14:textId="77777777" w:rsidR="005E4D52" w:rsidRDefault="00000000">
      <w:pPr>
        <w:pStyle w:val="ListBullet"/>
      </w:pPr>
      <w:r>
        <w:t>Built reusable Material UI components and RESTful APIs.</w:t>
      </w:r>
    </w:p>
    <w:p w14:paraId="7498509D" w14:textId="77777777" w:rsidR="005E4D52" w:rsidRDefault="00000000">
      <w:pPr>
        <w:pStyle w:val="ListBullet"/>
      </w:pPr>
      <w:r>
        <w:t>Used Git feature branches and Pull Requests.</w:t>
      </w:r>
    </w:p>
    <w:p w14:paraId="12598FBF" w14:textId="77777777" w:rsidR="005E4D52" w:rsidRDefault="00000000">
      <w:pPr>
        <w:pStyle w:val="ListBullet"/>
      </w:pPr>
      <w:r>
        <w:t>Worked in an Agile development environment.</w:t>
      </w:r>
    </w:p>
    <w:p w14:paraId="10EC5DD8" w14:textId="77777777" w:rsidR="005E4D52" w:rsidRDefault="00000000">
      <w:pPr>
        <w:pStyle w:val="Heading2"/>
      </w:pPr>
      <w:r>
        <w:t>Web Developer Intern | Cedars Productivity Centre</w:t>
      </w:r>
    </w:p>
    <w:p w14:paraId="56D8D792" w14:textId="77777777" w:rsidR="005E4D52" w:rsidRDefault="00000000">
      <w:r>
        <w:t>August 2023 – October 2023</w:t>
      </w:r>
    </w:p>
    <w:p w14:paraId="57D2ED68" w14:textId="77777777" w:rsidR="005E4D52" w:rsidRDefault="00000000">
      <w:pPr>
        <w:pStyle w:val="ListBullet"/>
      </w:pPr>
      <w:r>
        <w:t>Developed responsive web interfaces using HTML, CSS, and JavaScript.</w:t>
      </w:r>
    </w:p>
    <w:p w14:paraId="51EA81CD" w14:textId="77777777" w:rsidR="005E4D52" w:rsidRDefault="00000000">
      <w:pPr>
        <w:pStyle w:val="ListBullet"/>
      </w:pPr>
      <w:r>
        <w:t>Assisted in backend development and database integration.</w:t>
      </w:r>
    </w:p>
    <w:p w14:paraId="2C827934" w14:textId="77777777" w:rsidR="005E4D52" w:rsidRDefault="00000000">
      <w:pPr>
        <w:pStyle w:val="ListBullet"/>
      </w:pPr>
      <w:r>
        <w:t>Collaborated using Git and industry best practices.</w:t>
      </w:r>
    </w:p>
    <w:p w14:paraId="247090AA" w14:textId="77777777" w:rsidR="005E4D52" w:rsidRDefault="00000000">
      <w:pPr>
        <w:pStyle w:val="Heading2"/>
      </w:pPr>
      <w:r>
        <w:t>Content Creator &amp; Video Editor | شبكة أخبار النبطية</w:t>
      </w:r>
    </w:p>
    <w:p w14:paraId="0D6A9C42" w14:textId="77777777" w:rsidR="005E4D52" w:rsidRDefault="00000000">
      <w:pPr>
        <w:pStyle w:val="ListBullet"/>
      </w:pPr>
      <w:r>
        <w:t>Created and published digital news content covering local events and community updates.</w:t>
      </w:r>
    </w:p>
    <w:p w14:paraId="4DF942ED" w14:textId="77777777" w:rsidR="005E4D52" w:rsidRDefault="00000000">
      <w:pPr>
        <w:pStyle w:val="ListBullet"/>
      </w:pPr>
      <w:r>
        <w:t>Edited short-form videos using CapCut for Facebook and social media.</w:t>
      </w:r>
    </w:p>
    <w:p w14:paraId="6E896BB7" w14:textId="77777777" w:rsidR="005E4D52" w:rsidRDefault="00000000">
      <w:pPr>
        <w:pStyle w:val="ListBullet"/>
      </w:pPr>
      <w:r>
        <w:t>Designed professional graphics using Canva and basic Adobe Photoshop.</w:t>
      </w:r>
    </w:p>
    <w:p w14:paraId="28F641B8" w14:textId="77777777" w:rsidR="005E4D52" w:rsidRDefault="00000000">
      <w:pPr>
        <w:pStyle w:val="ListBullet"/>
      </w:pPr>
      <w:r>
        <w:t>Maintained consistent branding and publishing schedules.</w:t>
      </w:r>
    </w:p>
    <w:p w14:paraId="0A43FB9A" w14:textId="77777777" w:rsidR="005E4D52" w:rsidRDefault="00000000">
      <w:pPr>
        <w:pStyle w:val="ListBullet"/>
      </w:pPr>
      <w:r>
        <w:t>Collaborated with the media team to increase audience engagement.</w:t>
      </w:r>
    </w:p>
    <w:p w14:paraId="6D17E88F" w14:textId="77777777" w:rsidR="005E4D52" w:rsidRDefault="00000000">
      <w:pPr>
        <w:pStyle w:val="Heading2"/>
      </w:pPr>
      <w:r>
        <w:t>Founder &amp; Content Manager | الدوير أهلاً وسهلاً</w:t>
      </w:r>
    </w:p>
    <w:p w14:paraId="494196D5" w14:textId="77777777" w:rsidR="005E4D52" w:rsidRDefault="00000000">
      <w:pPr>
        <w:pStyle w:val="ListBullet"/>
      </w:pPr>
      <w:r>
        <w:t>Founded and managed a community-focused digital media platform.</w:t>
      </w:r>
    </w:p>
    <w:p w14:paraId="74443DF8" w14:textId="77777777" w:rsidR="005E4D52" w:rsidRDefault="00000000">
      <w:pPr>
        <w:pStyle w:val="ListBullet"/>
      </w:pPr>
      <w:r>
        <w:t>Published local news, business promotions, and public announcements.</w:t>
      </w:r>
    </w:p>
    <w:p w14:paraId="790A5611" w14:textId="77777777" w:rsidR="005E4D52" w:rsidRDefault="00000000">
      <w:pPr>
        <w:pStyle w:val="ListBullet"/>
      </w:pPr>
      <w:r>
        <w:t>Created promotional campaigns supporting local businesses and community initiatives.</w:t>
      </w:r>
    </w:p>
    <w:p w14:paraId="1C94B780" w14:textId="77777777" w:rsidR="005E4D52" w:rsidRDefault="00000000">
      <w:pPr>
        <w:pStyle w:val="ListBullet"/>
      </w:pPr>
      <w:r>
        <w:t>Produced visual content and managed the page's branding strategy.</w:t>
      </w:r>
    </w:p>
    <w:p w14:paraId="10505D94" w14:textId="77777777" w:rsidR="005E4D52" w:rsidRDefault="00000000">
      <w:pPr>
        <w:pStyle w:val="ListBullet"/>
      </w:pPr>
      <w:r>
        <w:t>Engaged with the local community through informative digital content.</w:t>
      </w:r>
    </w:p>
    <w:p w14:paraId="7622B374" w14:textId="77777777" w:rsidR="005E4D52" w:rsidRDefault="00000000">
      <w:pPr>
        <w:pStyle w:val="Heading1"/>
      </w:pPr>
      <w:r>
        <w:lastRenderedPageBreak/>
        <w:t>PROJECTS</w:t>
      </w:r>
    </w:p>
    <w:p w14:paraId="2C4B6E4A" w14:textId="77777777" w:rsidR="005E4D52" w:rsidRDefault="00000000">
      <w:r>
        <w:rPr>
          <w:b/>
        </w:rPr>
        <w:t>Restaurant Management System</w:t>
      </w:r>
    </w:p>
    <w:p w14:paraId="64D2DE2E" w14:textId="77777777" w:rsidR="005E4D52" w:rsidRDefault="00000000">
      <w:r>
        <w:t>Technologies: React • TypeScript • Node.js • Express.js • MongoDB • Material UI</w:t>
      </w:r>
    </w:p>
    <w:p w14:paraId="08A267A0" w14:textId="77777777" w:rsidR="005E4D52" w:rsidRDefault="00000000">
      <w:pPr>
        <w:pStyle w:val="ListBullet"/>
      </w:pPr>
      <w:r>
        <w:t>Developed a full-stack restaurant management platform with role-based authentication, REST APIs, and dashboards for waiters, kitchen staff, and administrators.</w:t>
      </w:r>
    </w:p>
    <w:p w14:paraId="596E2197" w14:textId="77777777" w:rsidR="005E4D52" w:rsidRDefault="00000000">
      <w:r>
        <w:rPr>
          <w:b/>
        </w:rPr>
        <w:t>Intelligent Service Zone</w:t>
      </w:r>
    </w:p>
    <w:p w14:paraId="710B8E18" w14:textId="77777777" w:rsidR="005E4D52" w:rsidRDefault="00000000">
      <w:r>
        <w:t>Technologies: Python • Flask • MySQL • OpenCV • Tesseract OCR</w:t>
      </w:r>
    </w:p>
    <w:p w14:paraId="635732AA" w14:textId="77777777" w:rsidR="005E4D52" w:rsidRDefault="00000000">
      <w:pPr>
        <w:pStyle w:val="ListBullet"/>
      </w:pPr>
      <w:r>
        <w:t>Developed a vehicle maintenance platform with automatic license plate recognition and secure authentication.</w:t>
      </w:r>
    </w:p>
    <w:p w14:paraId="233F9F04" w14:textId="77777777" w:rsidR="005E4D52" w:rsidRDefault="00000000">
      <w:r>
        <w:rPr>
          <w:b/>
        </w:rPr>
        <w:t>Medical Insurance Cost Prediction</w:t>
      </w:r>
    </w:p>
    <w:p w14:paraId="5AC42E93" w14:textId="77777777" w:rsidR="005E4D52" w:rsidRDefault="00000000">
      <w:r>
        <w:t>Technologies: Python • Pandas • NumPy • Scikit-learn • Matplotlib</w:t>
      </w:r>
    </w:p>
    <w:p w14:paraId="333B9A3D" w14:textId="77777777" w:rsidR="005E4D52" w:rsidRDefault="00000000">
      <w:pPr>
        <w:pStyle w:val="ListBullet"/>
      </w:pPr>
      <w:r>
        <w:t>Built a machine learning model using Multiple Linear Regression and performed preprocessing and model evaluation.</w:t>
      </w:r>
    </w:p>
    <w:p w14:paraId="1098F207" w14:textId="77777777" w:rsidR="005E4D52" w:rsidRDefault="00000000">
      <w:pPr>
        <w:pStyle w:val="Heading1"/>
      </w:pPr>
      <w:r>
        <w:t>CORE COMPETENCIES</w:t>
      </w:r>
    </w:p>
    <w:p w14:paraId="56899E2E" w14:textId="77777777" w:rsidR="005E4D52" w:rsidRDefault="00000000">
      <w:pPr>
        <w:pStyle w:val="ListBullet"/>
      </w:pPr>
      <w:r>
        <w:t>Full-Stack Development</w:t>
      </w:r>
    </w:p>
    <w:p w14:paraId="788627EB" w14:textId="77777777" w:rsidR="005E4D52" w:rsidRDefault="00000000">
      <w:pPr>
        <w:pStyle w:val="ListBullet"/>
      </w:pPr>
      <w:r>
        <w:t>REST API Development</w:t>
      </w:r>
    </w:p>
    <w:p w14:paraId="4DB66113" w14:textId="77777777" w:rsidR="005E4D52" w:rsidRDefault="00000000">
      <w:pPr>
        <w:pStyle w:val="ListBullet"/>
      </w:pPr>
      <w:r>
        <w:t>Responsive Web Design</w:t>
      </w:r>
    </w:p>
    <w:p w14:paraId="68B6F5BC" w14:textId="77777777" w:rsidR="005E4D52" w:rsidRDefault="00000000">
      <w:pPr>
        <w:pStyle w:val="ListBullet"/>
      </w:pPr>
      <w:r>
        <w:t>Git Workflow</w:t>
      </w:r>
    </w:p>
    <w:p w14:paraId="4DFE1359" w14:textId="77777777" w:rsidR="005E4D52" w:rsidRDefault="00000000">
      <w:pPr>
        <w:pStyle w:val="ListBullet"/>
      </w:pPr>
      <w:r>
        <w:t>Agile Development</w:t>
      </w:r>
    </w:p>
    <w:p w14:paraId="2739264F" w14:textId="77777777" w:rsidR="005E4D52" w:rsidRDefault="00000000">
      <w:pPr>
        <w:pStyle w:val="ListBullet"/>
      </w:pPr>
      <w:r>
        <w:t>Problem Solving</w:t>
      </w:r>
    </w:p>
    <w:p w14:paraId="567F6A88" w14:textId="77777777" w:rsidR="005E4D52" w:rsidRDefault="00000000">
      <w:pPr>
        <w:pStyle w:val="ListBullet"/>
      </w:pPr>
      <w:r>
        <w:t>Team Collaboration</w:t>
      </w:r>
    </w:p>
    <w:p w14:paraId="7126C855" w14:textId="77777777" w:rsidR="005E4D52" w:rsidRDefault="00000000">
      <w:pPr>
        <w:pStyle w:val="ListBullet"/>
      </w:pPr>
      <w:r>
        <w:t>Authentication &amp; Authorization</w:t>
      </w:r>
    </w:p>
    <w:p w14:paraId="77E0586A" w14:textId="77777777" w:rsidR="005E4D52" w:rsidRDefault="00000000">
      <w:pPr>
        <w:pStyle w:val="Heading1"/>
      </w:pPr>
      <w:r>
        <w:t>TECHNICAL SKILLS</w:t>
      </w:r>
    </w:p>
    <w:p w14:paraId="74ACDE4E" w14:textId="77777777" w:rsidR="005E4D52" w:rsidRDefault="00000000">
      <w:r>
        <w:rPr>
          <w:b/>
        </w:rPr>
        <w:t xml:space="preserve">Languages: </w:t>
      </w:r>
      <w:r>
        <w:t>JavaScript, TypeScript, Python, Java, SQL, HTML5, CSS3</w:t>
      </w:r>
    </w:p>
    <w:p w14:paraId="26D943A8" w14:textId="77777777" w:rsidR="005E4D52" w:rsidRDefault="00000000">
      <w:r>
        <w:rPr>
          <w:b/>
        </w:rPr>
        <w:t xml:space="preserve">Frontend: </w:t>
      </w:r>
      <w:r>
        <w:t>React, Vite, Material UI, React Router, Axios</w:t>
      </w:r>
    </w:p>
    <w:p w14:paraId="78055E77" w14:textId="77777777" w:rsidR="005E4D52" w:rsidRDefault="00000000">
      <w:r>
        <w:rPr>
          <w:b/>
        </w:rPr>
        <w:t xml:space="preserve">Backend: </w:t>
      </w:r>
      <w:r>
        <w:t>Node.js, Express.js</w:t>
      </w:r>
    </w:p>
    <w:p w14:paraId="010604A7" w14:textId="77777777" w:rsidR="005E4D52" w:rsidRDefault="00000000">
      <w:r>
        <w:rPr>
          <w:b/>
        </w:rPr>
        <w:t xml:space="preserve">Databases: </w:t>
      </w:r>
      <w:r>
        <w:t>MongoDB, MySQL</w:t>
      </w:r>
    </w:p>
    <w:p w14:paraId="5EED333D" w14:textId="77777777" w:rsidR="005E4D52" w:rsidRDefault="00000000">
      <w:r>
        <w:rPr>
          <w:b/>
        </w:rPr>
        <w:t xml:space="preserve">Tools: </w:t>
      </w:r>
      <w:r>
        <w:t>Git, GitHub, Postman, VS Code, Jira</w:t>
      </w:r>
    </w:p>
    <w:p w14:paraId="4CD38A52" w14:textId="77777777" w:rsidR="005E4D52" w:rsidRDefault="00000000">
      <w:r>
        <w:rPr>
          <w:b/>
        </w:rPr>
        <w:t xml:space="preserve">Content Creation: </w:t>
      </w:r>
      <w:r>
        <w:t>CapCut, Canva, Basic Adobe Photoshop</w:t>
      </w:r>
    </w:p>
    <w:p w14:paraId="6A6E44F4" w14:textId="77777777" w:rsidR="005E4D52" w:rsidRDefault="00000000">
      <w:pPr>
        <w:pStyle w:val="Heading1"/>
      </w:pPr>
      <w:r>
        <w:t>EDUCATION</w:t>
      </w:r>
    </w:p>
    <w:p w14:paraId="23582453" w14:textId="77777777" w:rsidR="005E4D52" w:rsidRDefault="00000000">
      <w:r>
        <w:t>Bachelor of Science in Computer Science</w:t>
      </w:r>
      <w:r>
        <w:br/>
        <w:t>Lebanese International University (LIU)</w:t>
      </w:r>
      <w:r>
        <w:br/>
        <w:t>2023 – 2026</w:t>
      </w:r>
    </w:p>
    <w:p w14:paraId="07765C46" w14:textId="77777777" w:rsidR="005E4D52" w:rsidRDefault="00000000">
      <w:pPr>
        <w:pStyle w:val="Heading1"/>
      </w:pPr>
      <w:r>
        <w:lastRenderedPageBreak/>
        <w:t>LANGUAGES</w:t>
      </w:r>
    </w:p>
    <w:p w14:paraId="62BE8DEB" w14:textId="77777777" w:rsidR="005E4D52" w:rsidRDefault="00000000">
      <w:pPr>
        <w:pStyle w:val="ListBullet"/>
      </w:pPr>
      <w:r>
        <w:t>Arabic — Native</w:t>
      </w:r>
    </w:p>
    <w:p w14:paraId="43575BD2" w14:textId="77777777" w:rsidR="005E4D52" w:rsidRDefault="00000000">
      <w:pPr>
        <w:pStyle w:val="ListBullet"/>
      </w:pPr>
      <w:r>
        <w:t>English — Professional Working Proficiency</w:t>
      </w:r>
    </w:p>
    <w:p w14:paraId="096A4CE7" w14:textId="77777777" w:rsidR="005E4D52" w:rsidRDefault="00000000">
      <w:pPr>
        <w:pStyle w:val="ListBullet"/>
      </w:pPr>
      <w:r>
        <w:t>French — Intermediate</w:t>
      </w:r>
    </w:p>
    <w:sectPr w:rsidR="005E4D52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942236">
    <w:abstractNumId w:val="8"/>
  </w:num>
  <w:num w:numId="2" w16cid:durableId="1561675089">
    <w:abstractNumId w:val="6"/>
  </w:num>
  <w:num w:numId="3" w16cid:durableId="1126393642">
    <w:abstractNumId w:val="5"/>
  </w:num>
  <w:num w:numId="4" w16cid:durableId="795607880">
    <w:abstractNumId w:val="4"/>
  </w:num>
  <w:num w:numId="5" w16cid:durableId="380523464">
    <w:abstractNumId w:val="7"/>
  </w:num>
  <w:num w:numId="6" w16cid:durableId="868680940">
    <w:abstractNumId w:val="3"/>
  </w:num>
  <w:num w:numId="7" w16cid:durableId="334188002">
    <w:abstractNumId w:val="2"/>
  </w:num>
  <w:num w:numId="8" w16cid:durableId="648244761">
    <w:abstractNumId w:val="1"/>
  </w:num>
  <w:num w:numId="9" w16cid:durableId="163822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4D52"/>
    <w:rsid w:val="008F41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B7E4F"/>
  <w14:defaultImageDpi w14:val="300"/>
  <w15:docId w15:val="{0C53746C-9803-4089-AB8E-52ED597B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hicham wehbi</cp:lastModifiedBy>
  <cp:revision>2</cp:revision>
  <dcterms:created xsi:type="dcterms:W3CDTF">2013-12-23T23:15:00Z</dcterms:created>
  <dcterms:modified xsi:type="dcterms:W3CDTF">2026-07-04T15:10:00Z</dcterms:modified>
  <cp:category/>
</cp:coreProperties>
</file>