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E3CF" w14:textId="77777777" w:rsidR="00781588" w:rsidRDefault="00674B45">
      <w:pPr>
        <w:pStyle w:val="Title"/>
      </w:pPr>
      <w:r>
        <w:t>Oliver Mattar</w:t>
      </w:r>
    </w:p>
    <w:p w14:paraId="7ACE77C1" w14:textId="77777777" w:rsidR="00781588" w:rsidRDefault="00674B45">
      <w:r>
        <w:t>Mansourieh, Mount Lebanon, Lebanon | +961 76 529 151 | oliver.mattar570@gmail.com</w:t>
      </w:r>
    </w:p>
    <w:p w14:paraId="5DD5151B" w14:textId="77777777" w:rsidR="00781588" w:rsidRDefault="00674B45">
      <w:pPr>
        <w:pStyle w:val="Heading1"/>
      </w:pPr>
      <w:r>
        <w:t>Profile</w:t>
      </w:r>
    </w:p>
    <w:p w14:paraId="52979F86" w14:textId="77777777" w:rsidR="00781588" w:rsidRDefault="00674B45">
      <w:r>
        <w:t>Computer Science graduate with a strong foundation in software development and a keen interest in Software Quality Assurance. Familiar with Linux environments, C++ desktop applications, debugging, API testing, and issue tracking using Jira. Strong analytical and problem-solving skills with hands-on experience using Git and GitLab.</w:t>
      </w:r>
    </w:p>
    <w:p w14:paraId="1DCFB50B" w14:textId="77777777" w:rsidR="00781588" w:rsidRDefault="00674B45">
      <w:pPr>
        <w:pStyle w:val="Heading1"/>
      </w:pPr>
      <w:r>
        <w:t>Education</w:t>
      </w:r>
    </w:p>
    <w:p w14:paraId="446126E9" w14:textId="77777777" w:rsidR="00781588" w:rsidRDefault="00674B45">
      <w:r>
        <w:t>Université Antonine — BS in Computer Science (2022 – Present)</w:t>
      </w:r>
    </w:p>
    <w:p w14:paraId="5E1E9029" w14:textId="77777777" w:rsidR="00781588" w:rsidRDefault="00674B45">
      <w:r>
        <w:t>Ecole Secondaire Achrafieh — Lebanese Baccalaureate (2020)</w:t>
      </w:r>
    </w:p>
    <w:p w14:paraId="558D54BA" w14:textId="77777777" w:rsidR="00781588" w:rsidRDefault="00674B45">
      <w:pPr>
        <w:pStyle w:val="Heading1"/>
      </w:pPr>
      <w:r>
        <w:t>Professional Experience</w:t>
      </w:r>
    </w:p>
    <w:p w14:paraId="29F849A0" w14:textId="77777777" w:rsidR="00781588" w:rsidRDefault="00674B45">
      <w:r>
        <w:t>Full Stack Developer Intern — Obsoft (Potech)</w:t>
      </w:r>
    </w:p>
    <w:p w14:paraId="352D41BD" w14:textId="77777777" w:rsidR="0036552F" w:rsidRDefault="00674B45" w:rsidP="0036552F">
      <w:r>
        <w:t>• Contributed to a full-stack Internship Management System (IMS) using Symfony and React Admin</w:t>
      </w:r>
      <w:r>
        <w:br/>
        <w:t>• Developed secure REST APIs with JWT authentication and role-based access control</w:t>
      </w:r>
      <w:r>
        <w:br/>
        <w:t>• Implemented permission logic (Symfony Voters) to enforce evaluator-specific actions</w:t>
      </w:r>
      <w:r>
        <w:br/>
        <w:t>• Built and tested evaluation scoring system using PHPUnit</w:t>
      </w:r>
      <w:r>
        <w:br/>
        <w:t>• Developed PDF reporting features with testable architecture</w:t>
      </w:r>
      <w:r>
        <w:br/>
        <w:t>• Supported CI/CD pipelines and system integrations to improve reliability</w:t>
      </w:r>
    </w:p>
    <w:p w14:paraId="243FB57F" w14:textId="77777777" w:rsidR="0036552F" w:rsidRDefault="0036552F" w:rsidP="0036552F">
      <w:r>
        <w:t>• Assisted in debugging, API validation, issue investigation, and bug verification using Jira, Git, GitLab, and Postman.</w:t>
      </w:r>
    </w:p>
    <w:p w14:paraId="3B2287B4" w14:textId="77777777" w:rsidR="00781588" w:rsidRDefault="00674B45">
      <w:pPr>
        <w:pStyle w:val="Heading1"/>
      </w:pPr>
      <w:r>
        <w:t>Projects</w:t>
      </w:r>
    </w:p>
    <w:p w14:paraId="36BCD191" w14:textId="77777777" w:rsidR="00781588" w:rsidRDefault="00674B45">
      <w:r>
        <w:t>CommerceGateway (Laravel): E-commerce platform with authentication and product management</w:t>
      </w:r>
      <w:r>
        <w:br/>
        <w:t>SpendWise (JavaFX): Finance tracker with database integration</w:t>
      </w:r>
      <w:r>
        <w:br/>
        <w:t>NeuraClass (Qt/C++): Student management system with GUI</w:t>
      </w:r>
      <w:r>
        <w:br/>
        <w:t>Feedback Web App (ASP.NET Core + Azure): Cloud-based feedback system</w:t>
      </w:r>
    </w:p>
    <w:p w14:paraId="04C084F7" w14:textId="77777777" w:rsidR="00A16D6E" w:rsidRDefault="00290563">
      <w:r>
        <w:t>• Worked with JSON and YAML configuration files.</w:t>
      </w:r>
    </w:p>
    <w:p w14:paraId="68B9B0AC" w14:textId="77777777" w:rsidR="00A16D6E" w:rsidRDefault="00290563">
      <w:r>
        <w:t>• Tested REST APIs using Postman.</w:t>
      </w:r>
    </w:p>
    <w:p w14:paraId="36BBB87C" w14:textId="77777777" w:rsidR="00A16D6E" w:rsidRDefault="00290563">
      <w:r>
        <w:t>• Used Git and GitLab for version control and collaboration.</w:t>
      </w:r>
    </w:p>
    <w:p w14:paraId="5AA14C81" w14:textId="77777777" w:rsidR="00A16D6E" w:rsidRDefault="00290563">
      <w:r>
        <w:t>• Tracked and investigated software issues using Jira.</w:t>
      </w:r>
    </w:p>
    <w:p w14:paraId="7900DA6F" w14:textId="77777777" w:rsidR="00A16D6E" w:rsidRDefault="00290563">
      <w:r>
        <w:t>• Used Linux (Fedora) as a development environment.</w:t>
      </w:r>
    </w:p>
    <w:p w14:paraId="30C8D1E8" w14:textId="77777777" w:rsidR="00A16D6E" w:rsidRDefault="00290563">
      <w:r>
        <w:t>• Worked with C++ desktop applications using ImGui.</w:t>
      </w:r>
    </w:p>
    <w:p w14:paraId="08839BB3" w14:textId="77777777" w:rsidR="00781588" w:rsidRDefault="00674B45">
      <w:pPr>
        <w:pStyle w:val="Heading1"/>
      </w:pPr>
      <w:r>
        <w:t>Technical Skills</w:t>
      </w:r>
    </w:p>
    <w:p w14:paraId="3BF8E324" w14:textId="77777777" w:rsidR="0036552F" w:rsidRDefault="00674B45" w:rsidP="0036552F">
      <w:r>
        <w:t>Programming Languages: C++, Java, JavaScript, PHP, SQL</w:t>
      </w:r>
    </w:p>
    <w:p w14:paraId="562EAFFF" w14:textId="77777777" w:rsidR="0036552F" w:rsidRDefault="0036552F" w:rsidP="0036552F">
      <w:r>
        <w:t>Frameworks: Symfony, React, Laravel</w:t>
      </w:r>
    </w:p>
    <w:p w14:paraId="466A3406" w14:textId="77777777" w:rsidR="00781588" w:rsidRDefault="00674B45">
      <w:r>
        <w:t>Tools: Jira, Git, GitLab, Postman, Azure DevOps, CI/CD</w:t>
      </w:r>
    </w:p>
    <w:p w14:paraId="735AA12B" w14:textId="77777777" w:rsidR="00A16D6E" w:rsidRDefault="00290563">
      <w:r>
        <w:t>Technologies: ImGui (C++ GUI), REST APIs, JSON, YAML</w:t>
      </w:r>
    </w:p>
    <w:p w14:paraId="76E5EA66" w14:textId="740850F4" w:rsidR="00A16D6E" w:rsidRDefault="00290563">
      <w:r>
        <w:t>Operating Systems: Linux (Fedora), Windows</w:t>
      </w:r>
    </w:p>
    <w:p w14:paraId="53DD3D2D" w14:textId="77777777" w:rsidR="00290563" w:rsidRDefault="00290563" w:rsidP="00290563">
      <w:pPr>
        <w:pStyle w:val="Heading1"/>
        <w:tabs>
          <w:tab w:val="center" w:pos="4320"/>
        </w:tabs>
      </w:pPr>
      <w:r>
        <w:t>Languages</w:t>
      </w:r>
      <w:r>
        <w:tab/>
      </w:r>
    </w:p>
    <w:p w14:paraId="6980DCC2" w14:textId="77777777" w:rsidR="00290563" w:rsidRDefault="00290563" w:rsidP="00290563">
      <w:r>
        <w:t>English(Fluent) | French (Fluent) | Arabic (Native)</w:t>
      </w:r>
    </w:p>
    <w:p w14:paraId="7E16A94E" w14:textId="77777777" w:rsidR="00290563" w:rsidRDefault="00290563"/>
    <w:sectPr w:rsidR="002905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3685856">
    <w:abstractNumId w:val="8"/>
  </w:num>
  <w:num w:numId="2" w16cid:durableId="826821593">
    <w:abstractNumId w:val="6"/>
  </w:num>
  <w:num w:numId="3" w16cid:durableId="1354570981">
    <w:abstractNumId w:val="5"/>
  </w:num>
  <w:num w:numId="4" w16cid:durableId="1511408380">
    <w:abstractNumId w:val="4"/>
  </w:num>
  <w:num w:numId="5" w16cid:durableId="448167668">
    <w:abstractNumId w:val="7"/>
  </w:num>
  <w:num w:numId="6" w16cid:durableId="779255000">
    <w:abstractNumId w:val="3"/>
  </w:num>
  <w:num w:numId="7" w16cid:durableId="1033924600">
    <w:abstractNumId w:val="2"/>
  </w:num>
  <w:num w:numId="8" w16cid:durableId="1522667869">
    <w:abstractNumId w:val="1"/>
  </w:num>
  <w:num w:numId="9" w16cid:durableId="21882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DF7"/>
    <w:rsid w:val="0015074B"/>
    <w:rsid w:val="00290563"/>
    <w:rsid w:val="0029639D"/>
    <w:rsid w:val="00326F90"/>
    <w:rsid w:val="0036552F"/>
    <w:rsid w:val="004C2BAE"/>
    <w:rsid w:val="00674B45"/>
    <w:rsid w:val="006C50ED"/>
    <w:rsid w:val="00781588"/>
    <w:rsid w:val="00A16D6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17011"/>
  <w14:defaultImageDpi w14:val="300"/>
  <w15:docId w15:val="{8BF33537-0544-46BC-A035-E2E3EB80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libri" w:hAnsi="Calibri"/>
      <w:sz w:val="22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libri" w:hAnsi="Calibri"/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libri" w:hAnsi="Calibri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libri" w:hAnsi="Calibri"/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libri" w:hAnsi="Calibri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libri" w:hAnsi="Calibri"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libri" w:hAnsi="Calibri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rFonts w:ascii="Calibri" w:hAnsi="Calibri"/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libri" w:hAnsi="Calibri"/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libri" w:hAnsi="Calibri"/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libri" w:hAnsi="Calibri"/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libri" w:hAnsi="Calibri"/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libri" w:hAnsi="Calibri"/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libri" w:hAnsi="Calibri"/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Calibri" w:hAnsi="Calibr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Calibri" w:hAnsi="Calibr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Calibri" w:hAnsi="Calibr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Calibri" w:hAnsi="Calibr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Calibri" w:hAnsi="Calibr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Calibri" w:hAnsi="Calibr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949613-BA45-40DC-9BD1-5E04522D7FB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oliver mattar</cp:lastModifiedBy>
  <cp:revision>2</cp:revision>
  <dcterms:created xsi:type="dcterms:W3CDTF">2026-08-04T11:14:00Z</dcterms:created>
  <dcterms:modified xsi:type="dcterms:W3CDTF">2026-08-04T11:14:00Z</dcterms:modified>
  <cp:category/>
</cp:coreProperties>
</file>